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799E3" w14:textId="2B1F4AC6" w:rsidR="00272EB8" w:rsidRPr="00423E2B" w:rsidRDefault="00EA3C7C">
      <w:pPr>
        <w:jc w:val="center"/>
        <w:rPr>
          <w:lang w:val="fr-FR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A844D2B" wp14:editId="403F20B3">
            <wp:simplePos x="0" y="0"/>
            <wp:positionH relativeFrom="column">
              <wp:posOffset>130073</wp:posOffset>
            </wp:positionH>
            <wp:positionV relativeFrom="paragraph">
              <wp:posOffset>-227139</wp:posOffset>
            </wp:positionV>
            <wp:extent cx="1024128" cy="686976"/>
            <wp:effectExtent l="0" t="0" r="5080" b="0"/>
            <wp:wrapNone/>
            <wp:docPr id="16779322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8418" name="Image 448884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26179" cy="6883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23E2B">
        <w:rPr>
          <w:b/>
          <w:sz w:val="30"/>
          <w:lang w:val="fr-FR"/>
        </w:rPr>
        <w:t xml:space="preserve">ÉTAT DES LIEUX – </w:t>
      </w:r>
      <w:r w:rsidRPr="00423E2B">
        <w:rPr>
          <w:b/>
          <w:color w:val="00B050"/>
          <w:sz w:val="30"/>
          <w:lang w:val="fr-FR"/>
        </w:rPr>
        <w:t>ARRIVÉE</w:t>
      </w:r>
    </w:p>
    <w:p w14:paraId="05777B8D" w14:textId="77777777" w:rsidR="00272EB8" w:rsidRPr="00423E2B" w:rsidRDefault="00000000">
      <w:pPr>
        <w:jc w:val="center"/>
        <w:rPr>
          <w:lang w:val="fr-FR"/>
        </w:rPr>
      </w:pPr>
      <w:r w:rsidRPr="00423E2B">
        <w:rPr>
          <w:i/>
          <w:lang w:val="fr-FR"/>
        </w:rPr>
        <w:t>Séjours adaptés AVL – à remplir avec le propriétaire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296"/>
        <w:gridCol w:w="7296"/>
      </w:tblGrid>
      <w:tr w:rsidR="00272EB8" w14:paraId="5FABE26D" w14:textId="77777777" w:rsidTr="00423E2B">
        <w:trPr>
          <w:trHeight w:val="364"/>
          <w:jc w:val="center"/>
        </w:trPr>
        <w:tc>
          <w:tcPr>
            <w:tcW w:w="7296" w:type="dxa"/>
            <w:vAlign w:val="center"/>
          </w:tcPr>
          <w:p w14:paraId="53CB7AC8" w14:textId="77777777" w:rsidR="00272EB8" w:rsidRDefault="00000000">
            <w:proofErr w:type="spellStart"/>
            <w:r>
              <w:rPr>
                <w:b/>
                <w:sz w:val="17"/>
              </w:rPr>
              <w:t>Gîte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gramStart"/>
            <w:r>
              <w:rPr>
                <w:b/>
                <w:sz w:val="17"/>
              </w:rPr>
              <w:t>de :</w:t>
            </w:r>
            <w:proofErr w:type="gramEnd"/>
            <w:r>
              <w:rPr>
                <w:b/>
                <w:sz w:val="17"/>
              </w:rPr>
              <w:t xml:space="preserve"> __________________________________________</w:t>
            </w:r>
          </w:p>
        </w:tc>
        <w:tc>
          <w:tcPr>
            <w:tcW w:w="7296" w:type="dxa"/>
            <w:vAlign w:val="center"/>
          </w:tcPr>
          <w:p w14:paraId="40322B17" w14:textId="77777777" w:rsidR="00272EB8" w:rsidRDefault="00000000">
            <w:proofErr w:type="gramStart"/>
            <w:r>
              <w:rPr>
                <w:b/>
                <w:sz w:val="17"/>
              </w:rPr>
              <w:t>Date :</w:t>
            </w:r>
            <w:proofErr w:type="gramEnd"/>
            <w:r>
              <w:rPr>
                <w:b/>
                <w:sz w:val="17"/>
              </w:rPr>
              <w:t xml:space="preserve"> ____ / ___</w:t>
            </w:r>
            <w:proofErr w:type="gramStart"/>
            <w:r>
              <w:rPr>
                <w:b/>
                <w:sz w:val="17"/>
              </w:rPr>
              <w:t>_ / _</w:t>
            </w:r>
            <w:proofErr w:type="gramEnd"/>
            <w:r>
              <w:rPr>
                <w:b/>
                <w:sz w:val="17"/>
              </w:rPr>
              <w:t>_____</w:t>
            </w:r>
          </w:p>
        </w:tc>
      </w:tr>
      <w:tr w:rsidR="00272EB8" w14:paraId="349D3BDB" w14:textId="77777777" w:rsidTr="005A12C1">
        <w:trPr>
          <w:trHeight w:val="427"/>
          <w:jc w:val="center"/>
        </w:trPr>
        <w:tc>
          <w:tcPr>
            <w:tcW w:w="7296" w:type="dxa"/>
            <w:vAlign w:val="center"/>
          </w:tcPr>
          <w:p w14:paraId="601A5DF7" w14:textId="77777777" w:rsidR="00272EB8" w:rsidRDefault="00000000">
            <w:r>
              <w:rPr>
                <w:sz w:val="17"/>
              </w:rPr>
              <w:t>Séjour du ____ / ____ / ______ au ____ / ____ / ______</w:t>
            </w:r>
          </w:p>
        </w:tc>
        <w:tc>
          <w:tcPr>
            <w:tcW w:w="7296" w:type="dxa"/>
            <w:vAlign w:val="center"/>
          </w:tcPr>
          <w:p w14:paraId="6E93BBEC" w14:textId="77777777" w:rsidR="00272EB8" w:rsidRDefault="00000000">
            <w:r>
              <w:rPr>
                <w:sz w:val="17"/>
              </w:rPr>
              <w:t xml:space="preserve">Animateur </w:t>
            </w:r>
            <w:proofErr w:type="gramStart"/>
            <w:r>
              <w:rPr>
                <w:sz w:val="17"/>
              </w:rPr>
              <w:t>responsable :</w:t>
            </w:r>
            <w:proofErr w:type="gramEnd"/>
            <w:r>
              <w:rPr>
                <w:sz w:val="17"/>
              </w:rPr>
              <w:t xml:space="preserve"> __________________________</w:t>
            </w:r>
          </w:p>
        </w:tc>
      </w:tr>
    </w:tbl>
    <w:p w14:paraId="0F0E026D" w14:textId="77777777" w:rsidR="00272EB8" w:rsidRPr="005A12C1" w:rsidRDefault="00272EB8">
      <w:pPr>
        <w:rPr>
          <w:sz w:val="4"/>
          <w:szCs w:val="8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860"/>
        <w:gridCol w:w="3498"/>
        <w:gridCol w:w="6224"/>
      </w:tblGrid>
      <w:tr w:rsidR="00272EB8" w14:paraId="5E29AFE4" w14:textId="77777777" w:rsidTr="00795543">
        <w:trPr>
          <w:jc w:val="center"/>
        </w:trPr>
        <w:tc>
          <w:tcPr>
            <w:tcW w:w="4860" w:type="dxa"/>
            <w:vAlign w:val="center"/>
          </w:tcPr>
          <w:p w14:paraId="277FB61D" w14:textId="77777777" w:rsidR="00272EB8" w:rsidRDefault="00000000">
            <w:r w:rsidRPr="00423E2B">
              <w:rPr>
                <w:b/>
                <w:color w:val="0070C0"/>
              </w:rPr>
              <w:t>PIÈCES / ÉLÉMENTS À VÉRIFIER</w:t>
            </w:r>
          </w:p>
        </w:tc>
        <w:tc>
          <w:tcPr>
            <w:tcW w:w="3498" w:type="dxa"/>
            <w:vAlign w:val="center"/>
          </w:tcPr>
          <w:p w14:paraId="697A37F2" w14:textId="77777777" w:rsidR="00272EB8" w:rsidRPr="00423E2B" w:rsidRDefault="00000000">
            <w:pPr>
              <w:rPr>
                <w:color w:val="0070C0"/>
              </w:rPr>
            </w:pPr>
            <w:r w:rsidRPr="00423E2B">
              <w:rPr>
                <w:b/>
                <w:color w:val="0070C0"/>
              </w:rPr>
              <w:t>ÉTAT CONSTATÉ</w:t>
            </w:r>
          </w:p>
        </w:tc>
        <w:tc>
          <w:tcPr>
            <w:tcW w:w="6224" w:type="dxa"/>
            <w:vAlign w:val="center"/>
          </w:tcPr>
          <w:p w14:paraId="10C12EB6" w14:textId="77777777" w:rsidR="00272EB8" w:rsidRDefault="00000000">
            <w:r w:rsidRPr="00423E2B">
              <w:rPr>
                <w:b/>
                <w:color w:val="0070C0"/>
              </w:rPr>
              <w:t>COMMENTAIRES / ANOMALIES</w:t>
            </w:r>
          </w:p>
        </w:tc>
      </w:tr>
      <w:tr w:rsidR="00272EB8" w14:paraId="3EB44AC8" w14:textId="77777777" w:rsidTr="00795543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004DAB61" w14:textId="77777777" w:rsidR="00272EB8" w:rsidRPr="00423E2B" w:rsidRDefault="00000000">
            <w:pPr>
              <w:rPr>
                <w:b/>
                <w:szCs w:val="24"/>
              </w:rPr>
            </w:pPr>
            <w:r w:rsidRPr="00423E2B">
              <w:rPr>
                <w:b/>
                <w:szCs w:val="24"/>
              </w:rPr>
              <w:t>ÉTAT GÉNÉRAL DU GÎTE</w:t>
            </w:r>
          </w:p>
        </w:tc>
      </w:tr>
      <w:tr w:rsidR="00272EB8" w14:paraId="37AB19B7" w14:textId="77777777" w:rsidTr="00795543">
        <w:trPr>
          <w:jc w:val="center"/>
        </w:trPr>
        <w:tc>
          <w:tcPr>
            <w:tcW w:w="4860" w:type="dxa"/>
            <w:vAlign w:val="center"/>
          </w:tcPr>
          <w:p w14:paraId="25A5AA62" w14:textId="77777777" w:rsidR="00272EB8" w:rsidRDefault="00000000">
            <w:r>
              <w:rPr>
                <w:sz w:val="17"/>
              </w:rPr>
              <w:t>Sols</w:t>
            </w:r>
          </w:p>
        </w:tc>
        <w:tc>
          <w:tcPr>
            <w:tcW w:w="3498" w:type="dxa"/>
            <w:vAlign w:val="center"/>
          </w:tcPr>
          <w:p w14:paraId="5F863DA7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3BF81785" w14:textId="77777777" w:rsidR="00272EB8" w:rsidRDefault="00272EB8"/>
        </w:tc>
      </w:tr>
      <w:tr w:rsidR="00272EB8" w14:paraId="640719DC" w14:textId="77777777" w:rsidTr="00795543">
        <w:trPr>
          <w:jc w:val="center"/>
        </w:trPr>
        <w:tc>
          <w:tcPr>
            <w:tcW w:w="4860" w:type="dxa"/>
            <w:vAlign w:val="center"/>
          </w:tcPr>
          <w:p w14:paraId="3A065780" w14:textId="77777777" w:rsidR="00272EB8" w:rsidRDefault="00000000">
            <w:r>
              <w:rPr>
                <w:sz w:val="17"/>
              </w:rPr>
              <w:t>Murs / plafonds</w:t>
            </w:r>
          </w:p>
        </w:tc>
        <w:tc>
          <w:tcPr>
            <w:tcW w:w="3498" w:type="dxa"/>
            <w:vAlign w:val="center"/>
          </w:tcPr>
          <w:p w14:paraId="2057910F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5A64B1D5" w14:textId="77777777" w:rsidR="00272EB8" w:rsidRDefault="00272EB8"/>
        </w:tc>
      </w:tr>
      <w:tr w:rsidR="00272EB8" w14:paraId="698765EC" w14:textId="77777777" w:rsidTr="00795543">
        <w:trPr>
          <w:jc w:val="center"/>
        </w:trPr>
        <w:tc>
          <w:tcPr>
            <w:tcW w:w="4860" w:type="dxa"/>
            <w:vAlign w:val="center"/>
          </w:tcPr>
          <w:p w14:paraId="7F77F2D2" w14:textId="77777777" w:rsidR="00272EB8" w:rsidRDefault="00000000">
            <w:r>
              <w:rPr>
                <w:sz w:val="17"/>
              </w:rPr>
              <w:t>Portes / fenêtres / volets</w:t>
            </w:r>
          </w:p>
        </w:tc>
        <w:tc>
          <w:tcPr>
            <w:tcW w:w="3498" w:type="dxa"/>
            <w:vAlign w:val="center"/>
          </w:tcPr>
          <w:p w14:paraId="37AB63B1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451C4B73" w14:textId="77777777" w:rsidR="00272EB8" w:rsidRDefault="00272EB8"/>
        </w:tc>
      </w:tr>
      <w:tr w:rsidR="00272EB8" w:rsidRPr="005A12C1" w14:paraId="53FA2FAC" w14:textId="77777777" w:rsidTr="00795543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0A5E0533" w14:textId="77777777" w:rsidR="00272EB8" w:rsidRPr="00423E2B" w:rsidRDefault="00000000">
            <w:pPr>
              <w:rPr>
                <w:lang w:val="fr-FR"/>
              </w:rPr>
            </w:pPr>
            <w:r w:rsidRPr="00423E2B">
              <w:rPr>
                <w:b/>
                <w:szCs w:val="24"/>
                <w:lang w:val="fr-FR"/>
              </w:rPr>
              <w:t>CHAMBRES – LITERIE (</w:t>
            </w:r>
            <w:r w:rsidRPr="00423E2B">
              <w:rPr>
                <w:b/>
                <w:color w:val="EE0000"/>
                <w:szCs w:val="24"/>
                <w:lang w:val="fr-FR"/>
              </w:rPr>
              <w:t>POINT DE VIGILANCE</w:t>
            </w:r>
            <w:r w:rsidRPr="00423E2B">
              <w:rPr>
                <w:b/>
                <w:szCs w:val="24"/>
                <w:lang w:val="fr-FR"/>
              </w:rPr>
              <w:t>)</w:t>
            </w:r>
          </w:p>
        </w:tc>
      </w:tr>
      <w:tr w:rsidR="00272EB8" w14:paraId="5C9A0F5A" w14:textId="77777777" w:rsidTr="00795543">
        <w:trPr>
          <w:jc w:val="center"/>
        </w:trPr>
        <w:tc>
          <w:tcPr>
            <w:tcW w:w="4860" w:type="dxa"/>
            <w:vAlign w:val="center"/>
          </w:tcPr>
          <w:p w14:paraId="4003B187" w14:textId="77777777" w:rsidR="00272EB8" w:rsidRPr="00423E2B" w:rsidRDefault="00000000">
            <w:pPr>
              <w:rPr>
                <w:lang w:val="fr-FR"/>
              </w:rPr>
            </w:pPr>
            <w:r w:rsidRPr="00423E2B">
              <w:rPr>
                <w:sz w:val="17"/>
                <w:lang w:val="fr-FR"/>
              </w:rPr>
              <w:t>Matelas : propre, sans tache ni odeur</w:t>
            </w:r>
          </w:p>
        </w:tc>
        <w:tc>
          <w:tcPr>
            <w:tcW w:w="3498" w:type="dxa"/>
            <w:vAlign w:val="center"/>
          </w:tcPr>
          <w:p w14:paraId="68BE4BED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6773B2AA" w14:textId="77777777" w:rsidR="00272EB8" w:rsidRDefault="00272EB8"/>
        </w:tc>
      </w:tr>
      <w:tr w:rsidR="00272EB8" w14:paraId="5813D78C" w14:textId="77777777" w:rsidTr="00795543">
        <w:trPr>
          <w:jc w:val="center"/>
        </w:trPr>
        <w:tc>
          <w:tcPr>
            <w:tcW w:w="4860" w:type="dxa"/>
            <w:vAlign w:val="center"/>
          </w:tcPr>
          <w:p w14:paraId="6BD20879" w14:textId="77777777" w:rsidR="00272EB8" w:rsidRDefault="00000000">
            <w:proofErr w:type="spellStart"/>
            <w:r>
              <w:rPr>
                <w:sz w:val="17"/>
              </w:rPr>
              <w:t>Couettes</w:t>
            </w:r>
            <w:proofErr w:type="spellEnd"/>
            <w:r>
              <w:rPr>
                <w:sz w:val="17"/>
              </w:rPr>
              <w:t xml:space="preserve"> / couvertures / oreillers</w:t>
            </w:r>
          </w:p>
        </w:tc>
        <w:tc>
          <w:tcPr>
            <w:tcW w:w="3498" w:type="dxa"/>
            <w:vAlign w:val="center"/>
          </w:tcPr>
          <w:p w14:paraId="739C00CA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42D748E2" w14:textId="77777777" w:rsidR="00272EB8" w:rsidRDefault="00272EB8"/>
        </w:tc>
      </w:tr>
      <w:tr w:rsidR="00272EB8" w14:paraId="2FE9E020" w14:textId="77777777" w:rsidTr="00795543">
        <w:trPr>
          <w:jc w:val="center"/>
        </w:trPr>
        <w:tc>
          <w:tcPr>
            <w:tcW w:w="4860" w:type="dxa"/>
            <w:vAlign w:val="center"/>
          </w:tcPr>
          <w:p w14:paraId="0C4100B6" w14:textId="77777777" w:rsidR="00272EB8" w:rsidRDefault="00000000">
            <w:r>
              <w:rPr>
                <w:sz w:val="17"/>
              </w:rPr>
              <w:t>Lits / sommiers</w:t>
            </w:r>
          </w:p>
        </w:tc>
        <w:tc>
          <w:tcPr>
            <w:tcW w:w="3498" w:type="dxa"/>
            <w:vAlign w:val="center"/>
          </w:tcPr>
          <w:p w14:paraId="34C4FA58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03C4CC9A" w14:textId="77777777" w:rsidR="00272EB8" w:rsidRDefault="00272EB8"/>
        </w:tc>
      </w:tr>
      <w:tr w:rsidR="00272EB8" w14:paraId="76D8A57A" w14:textId="77777777" w:rsidTr="00795543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3A47FD99" w14:textId="77777777" w:rsidR="00272EB8" w:rsidRDefault="00000000">
            <w:r w:rsidRPr="00423E2B">
              <w:rPr>
                <w:b/>
                <w:szCs w:val="24"/>
              </w:rPr>
              <w:t>SALON / PIÈCE DE VIE</w:t>
            </w:r>
          </w:p>
        </w:tc>
      </w:tr>
      <w:tr w:rsidR="00272EB8" w14:paraId="71FFD6F0" w14:textId="77777777" w:rsidTr="00795543">
        <w:trPr>
          <w:jc w:val="center"/>
        </w:trPr>
        <w:tc>
          <w:tcPr>
            <w:tcW w:w="4860" w:type="dxa"/>
            <w:vAlign w:val="center"/>
          </w:tcPr>
          <w:p w14:paraId="705143C9" w14:textId="77777777" w:rsidR="00272EB8" w:rsidRDefault="00000000">
            <w:r>
              <w:rPr>
                <w:sz w:val="17"/>
              </w:rPr>
              <w:t>Canapé / fauteuils</w:t>
            </w:r>
          </w:p>
        </w:tc>
        <w:tc>
          <w:tcPr>
            <w:tcW w:w="3498" w:type="dxa"/>
            <w:vAlign w:val="center"/>
          </w:tcPr>
          <w:p w14:paraId="78A269A1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09BB502F" w14:textId="77777777" w:rsidR="00272EB8" w:rsidRDefault="00272EB8"/>
        </w:tc>
      </w:tr>
      <w:tr w:rsidR="00272EB8" w14:paraId="315497CB" w14:textId="77777777" w:rsidTr="00795543">
        <w:trPr>
          <w:jc w:val="center"/>
        </w:trPr>
        <w:tc>
          <w:tcPr>
            <w:tcW w:w="4860" w:type="dxa"/>
            <w:vAlign w:val="center"/>
          </w:tcPr>
          <w:p w14:paraId="7EE5BA68" w14:textId="77777777" w:rsidR="00272EB8" w:rsidRDefault="00000000">
            <w:r>
              <w:rPr>
                <w:sz w:val="17"/>
              </w:rPr>
              <w:t>Mobilier / table / chaises</w:t>
            </w:r>
          </w:p>
        </w:tc>
        <w:tc>
          <w:tcPr>
            <w:tcW w:w="3498" w:type="dxa"/>
            <w:vAlign w:val="center"/>
          </w:tcPr>
          <w:p w14:paraId="4E2D267C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352A42E2" w14:textId="77777777" w:rsidR="00272EB8" w:rsidRDefault="00272EB8"/>
        </w:tc>
      </w:tr>
      <w:tr w:rsidR="00272EB8" w14:paraId="3F6BEFAC" w14:textId="77777777" w:rsidTr="00795543">
        <w:trPr>
          <w:jc w:val="center"/>
        </w:trPr>
        <w:tc>
          <w:tcPr>
            <w:tcW w:w="4860" w:type="dxa"/>
            <w:vAlign w:val="center"/>
          </w:tcPr>
          <w:p w14:paraId="1550095C" w14:textId="7B94C6A6" w:rsidR="00272EB8" w:rsidRDefault="00000000">
            <w:r>
              <w:rPr>
                <w:sz w:val="17"/>
              </w:rPr>
              <w:t xml:space="preserve">Télévision </w:t>
            </w:r>
          </w:p>
        </w:tc>
        <w:tc>
          <w:tcPr>
            <w:tcW w:w="3498" w:type="dxa"/>
            <w:vAlign w:val="center"/>
          </w:tcPr>
          <w:p w14:paraId="3A83D441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6E72A68A" w14:textId="77777777" w:rsidR="00272EB8" w:rsidRDefault="00272EB8"/>
        </w:tc>
      </w:tr>
      <w:tr w:rsidR="00272EB8" w14:paraId="009D029F" w14:textId="77777777" w:rsidTr="00795543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2AD676EC" w14:textId="77777777" w:rsidR="00272EB8" w:rsidRDefault="00000000">
            <w:r w:rsidRPr="00423E2B">
              <w:rPr>
                <w:b/>
                <w:szCs w:val="24"/>
              </w:rPr>
              <w:t>CUISINE</w:t>
            </w:r>
          </w:p>
        </w:tc>
      </w:tr>
      <w:tr w:rsidR="00272EB8" w14:paraId="0CE5748B" w14:textId="77777777" w:rsidTr="00795543">
        <w:trPr>
          <w:jc w:val="center"/>
        </w:trPr>
        <w:tc>
          <w:tcPr>
            <w:tcW w:w="4860" w:type="dxa"/>
            <w:vAlign w:val="center"/>
          </w:tcPr>
          <w:p w14:paraId="227A3ACC" w14:textId="77777777" w:rsidR="00272EB8" w:rsidRDefault="00000000">
            <w:r>
              <w:rPr>
                <w:sz w:val="17"/>
              </w:rPr>
              <w:t>Plans de travail / évier</w:t>
            </w:r>
          </w:p>
        </w:tc>
        <w:tc>
          <w:tcPr>
            <w:tcW w:w="3498" w:type="dxa"/>
            <w:vAlign w:val="center"/>
          </w:tcPr>
          <w:p w14:paraId="462E5DF5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7BD747AB" w14:textId="77777777" w:rsidR="00272EB8" w:rsidRDefault="00272EB8"/>
        </w:tc>
      </w:tr>
      <w:tr w:rsidR="00272EB8" w14:paraId="078F6D41" w14:textId="77777777" w:rsidTr="00795543">
        <w:trPr>
          <w:jc w:val="center"/>
        </w:trPr>
        <w:tc>
          <w:tcPr>
            <w:tcW w:w="4860" w:type="dxa"/>
            <w:vAlign w:val="center"/>
          </w:tcPr>
          <w:p w14:paraId="59B4B111" w14:textId="77777777" w:rsidR="00272EB8" w:rsidRDefault="00000000">
            <w:r>
              <w:rPr>
                <w:sz w:val="17"/>
              </w:rPr>
              <w:t>Plaques / four / micro-ondes</w:t>
            </w:r>
          </w:p>
        </w:tc>
        <w:tc>
          <w:tcPr>
            <w:tcW w:w="3498" w:type="dxa"/>
            <w:vAlign w:val="center"/>
          </w:tcPr>
          <w:p w14:paraId="03F9B857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1E2188F2" w14:textId="77777777" w:rsidR="00272EB8" w:rsidRDefault="00272EB8"/>
        </w:tc>
      </w:tr>
      <w:tr w:rsidR="00272EB8" w14:paraId="447E0EAD" w14:textId="77777777" w:rsidTr="00795543">
        <w:trPr>
          <w:jc w:val="center"/>
        </w:trPr>
        <w:tc>
          <w:tcPr>
            <w:tcW w:w="4860" w:type="dxa"/>
            <w:vAlign w:val="center"/>
          </w:tcPr>
          <w:p w14:paraId="245F1914" w14:textId="5E767BE2" w:rsidR="00272EB8" w:rsidRDefault="00000000">
            <w:r>
              <w:rPr>
                <w:sz w:val="17"/>
              </w:rPr>
              <w:t>Réfrigérateur / congélateur</w:t>
            </w:r>
            <w:r w:rsidR="00423E2B">
              <w:rPr>
                <w:sz w:val="17"/>
              </w:rPr>
              <w:t xml:space="preserve">/ lave vaisselle </w:t>
            </w:r>
          </w:p>
        </w:tc>
        <w:tc>
          <w:tcPr>
            <w:tcW w:w="3498" w:type="dxa"/>
            <w:vAlign w:val="center"/>
          </w:tcPr>
          <w:p w14:paraId="6F51CC29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30122E11" w14:textId="77777777" w:rsidR="00272EB8" w:rsidRDefault="00272EB8"/>
        </w:tc>
      </w:tr>
      <w:tr w:rsidR="00272EB8" w14:paraId="0F390A49" w14:textId="77777777" w:rsidTr="00795543">
        <w:trPr>
          <w:jc w:val="center"/>
        </w:trPr>
        <w:tc>
          <w:tcPr>
            <w:tcW w:w="4860" w:type="dxa"/>
            <w:vAlign w:val="center"/>
          </w:tcPr>
          <w:p w14:paraId="3305EE25" w14:textId="77777777" w:rsidR="00272EB8" w:rsidRDefault="00000000">
            <w:r>
              <w:rPr>
                <w:sz w:val="17"/>
              </w:rPr>
              <w:t>Vaisselle / ustensiles</w:t>
            </w:r>
          </w:p>
        </w:tc>
        <w:tc>
          <w:tcPr>
            <w:tcW w:w="3498" w:type="dxa"/>
            <w:vAlign w:val="center"/>
          </w:tcPr>
          <w:p w14:paraId="058DDF7B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2EC32396" w14:textId="77777777" w:rsidR="00272EB8" w:rsidRDefault="00272EB8"/>
        </w:tc>
      </w:tr>
      <w:tr w:rsidR="00272EB8" w14:paraId="31C9FB14" w14:textId="77777777" w:rsidTr="00795543">
        <w:trPr>
          <w:jc w:val="center"/>
        </w:trPr>
        <w:tc>
          <w:tcPr>
            <w:tcW w:w="4860" w:type="dxa"/>
            <w:vAlign w:val="center"/>
          </w:tcPr>
          <w:p w14:paraId="1A4C4F5D" w14:textId="77777777" w:rsidR="00272EB8" w:rsidRDefault="00000000">
            <w:r>
              <w:rPr>
                <w:sz w:val="17"/>
              </w:rPr>
              <w:t>Petit électroménager</w:t>
            </w:r>
          </w:p>
        </w:tc>
        <w:tc>
          <w:tcPr>
            <w:tcW w:w="3498" w:type="dxa"/>
            <w:vAlign w:val="center"/>
          </w:tcPr>
          <w:p w14:paraId="7C8D6924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5807796C" w14:textId="77777777" w:rsidR="00272EB8" w:rsidRDefault="00272EB8"/>
        </w:tc>
      </w:tr>
      <w:tr w:rsidR="00272EB8" w14:paraId="422D852A" w14:textId="77777777" w:rsidTr="00795543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2CB1F5C0" w14:textId="77777777" w:rsidR="00272EB8" w:rsidRDefault="00000000">
            <w:r w:rsidRPr="00423E2B">
              <w:rPr>
                <w:b/>
                <w:szCs w:val="24"/>
              </w:rPr>
              <w:t>SALLE DE BAINS / WC</w:t>
            </w:r>
          </w:p>
        </w:tc>
      </w:tr>
      <w:tr w:rsidR="00272EB8" w14:paraId="0F9D41ED" w14:textId="77777777" w:rsidTr="00795543">
        <w:trPr>
          <w:jc w:val="center"/>
        </w:trPr>
        <w:tc>
          <w:tcPr>
            <w:tcW w:w="4860" w:type="dxa"/>
            <w:vAlign w:val="center"/>
          </w:tcPr>
          <w:p w14:paraId="675A81DC" w14:textId="77777777" w:rsidR="00272EB8" w:rsidRDefault="00000000">
            <w:r>
              <w:rPr>
                <w:sz w:val="17"/>
              </w:rPr>
              <w:t>Douche / baignoire / lavabo</w:t>
            </w:r>
          </w:p>
        </w:tc>
        <w:tc>
          <w:tcPr>
            <w:tcW w:w="3498" w:type="dxa"/>
            <w:vAlign w:val="center"/>
          </w:tcPr>
          <w:p w14:paraId="1634BA74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7FE1AC55" w14:textId="77777777" w:rsidR="00272EB8" w:rsidRDefault="00272EB8"/>
        </w:tc>
      </w:tr>
      <w:tr w:rsidR="00272EB8" w14:paraId="5836F1A9" w14:textId="77777777" w:rsidTr="00795543">
        <w:trPr>
          <w:jc w:val="center"/>
        </w:trPr>
        <w:tc>
          <w:tcPr>
            <w:tcW w:w="4860" w:type="dxa"/>
            <w:vAlign w:val="center"/>
          </w:tcPr>
          <w:p w14:paraId="1EF6DD1E" w14:textId="40D5475A" w:rsidR="00272EB8" w:rsidRDefault="00000000">
            <w:r>
              <w:rPr>
                <w:sz w:val="17"/>
              </w:rPr>
              <w:t>WC</w:t>
            </w:r>
            <w:r w:rsidR="000F1BC3">
              <w:rPr>
                <w:sz w:val="17"/>
              </w:rPr>
              <w:t xml:space="preserve"> / cuvette</w:t>
            </w:r>
          </w:p>
        </w:tc>
        <w:tc>
          <w:tcPr>
            <w:tcW w:w="3498" w:type="dxa"/>
            <w:vAlign w:val="center"/>
          </w:tcPr>
          <w:p w14:paraId="7F8D8E54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749A22D3" w14:textId="77777777" w:rsidR="00272EB8" w:rsidRDefault="00272EB8"/>
        </w:tc>
      </w:tr>
      <w:tr w:rsidR="00272EB8" w14:paraId="5B312345" w14:textId="77777777" w:rsidTr="00795543">
        <w:trPr>
          <w:jc w:val="center"/>
        </w:trPr>
        <w:tc>
          <w:tcPr>
            <w:tcW w:w="4860" w:type="dxa"/>
            <w:vAlign w:val="center"/>
          </w:tcPr>
          <w:p w14:paraId="4EE1C7B8" w14:textId="77777777" w:rsidR="00272EB8" w:rsidRDefault="00000000">
            <w:r>
              <w:rPr>
                <w:sz w:val="17"/>
              </w:rPr>
              <w:t>Miroir / accessoires</w:t>
            </w:r>
          </w:p>
        </w:tc>
        <w:tc>
          <w:tcPr>
            <w:tcW w:w="3498" w:type="dxa"/>
            <w:vAlign w:val="center"/>
          </w:tcPr>
          <w:p w14:paraId="46B7CA31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13D4864E" w14:textId="77777777" w:rsidR="00272EB8" w:rsidRDefault="00272EB8"/>
        </w:tc>
      </w:tr>
      <w:tr w:rsidR="00272EB8" w14:paraId="7909A99E" w14:textId="77777777" w:rsidTr="00795543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235117C5" w14:textId="23FA55DC" w:rsidR="00272EB8" w:rsidRPr="00423E2B" w:rsidRDefault="00795543">
            <w:pPr>
              <w:rPr>
                <w:b/>
              </w:rPr>
            </w:pPr>
            <w:r>
              <w:rPr>
                <w:b/>
                <w:szCs w:val="24"/>
              </w:rPr>
              <w:t>EXTERIEURS</w:t>
            </w:r>
          </w:p>
        </w:tc>
      </w:tr>
      <w:tr w:rsidR="00272EB8" w14:paraId="405B73B5" w14:textId="77777777" w:rsidTr="00795543">
        <w:trPr>
          <w:jc w:val="center"/>
        </w:trPr>
        <w:tc>
          <w:tcPr>
            <w:tcW w:w="4860" w:type="dxa"/>
            <w:vAlign w:val="center"/>
          </w:tcPr>
          <w:p w14:paraId="5B8274F2" w14:textId="1A3988D7" w:rsidR="00272EB8" w:rsidRPr="00AE5145" w:rsidRDefault="00000000">
            <w:pPr>
              <w:rPr>
                <w:lang w:val="fr-FR"/>
              </w:rPr>
            </w:pPr>
            <w:r w:rsidRPr="00AE5145">
              <w:rPr>
                <w:sz w:val="17"/>
                <w:lang w:val="fr-FR"/>
              </w:rPr>
              <w:t>Équipements</w:t>
            </w:r>
            <w:r w:rsidR="00666969">
              <w:rPr>
                <w:sz w:val="17"/>
                <w:lang w:val="fr-FR"/>
              </w:rPr>
              <w:t xml:space="preserve"> </w:t>
            </w:r>
            <w:r w:rsidR="006B1771">
              <w:rPr>
                <w:sz w:val="17"/>
                <w:lang w:val="fr-FR"/>
              </w:rPr>
              <w:t>extérieur</w:t>
            </w:r>
            <w:r w:rsidRPr="00AE5145">
              <w:rPr>
                <w:sz w:val="17"/>
                <w:lang w:val="fr-FR"/>
              </w:rPr>
              <w:t xml:space="preserve"> </w:t>
            </w:r>
            <w:r w:rsidR="00AE5145" w:rsidRPr="00AE5145">
              <w:rPr>
                <w:sz w:val="17"/>
                <w:lang w:val="fr-FR"/>
              </w:rPr>
              <w:t>(barbecue, plancha,</w:t>
            </w:r>
            <w:r w:rsidR="00AE5145">
              <w:rPr>
                <w:sz w:val="17"/>
                <w:lang w:val="fr-FR"/>
              </w:rPr>
              <w:t xml:space="preserve"> </w:t>
            </w:r>
            <w:r w:rsidR="00840A24">
              <w:rPr>
                <w:sz w:val="17"/>
                <w:lang w:val="fr-FR"/>
              </w:rPr>
              <w:t>parasol</w:t>
            </w:r>
            <w:r w:rsidR="009C74C0">
              <w:rPr>
                <w:sz w:val="17"/>
                <w:lang w:val="fr-FR"/>
              </w:rPr>
              <w:t xml:space="preserve">, </w:t>
            </w:r>
            <w:r w:rsidR="00AE5145">
              <w:rPr>
                <w:sz w:val="17"/>
                <w:lang w:val="fr-FR"/>
              </w:rPr>
              <w:t>chaise de jardin…)</w:t>
            </w:r>
          </w:p>
        </w:tc>
        <w:tc>
          <w:tcPr>
            <w:tcW w:w="3498" w:type="dxa"/>
            <w:vAlign w:val="center"/>
          </w:tcPr>
          <w:p w14:paraId="36CD44FA" w14:textId="77777777" w:rsidR="00272EB8" w:rsidRDefault="00000000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7BDBF539" w14:textId="77777777" w:rsidR="00272EB8" w:rsidRDefault="00272EB8"/>
        </w:tc>
      </w:tr>
      <w:tr w:rsidR="005A5BB8" w14:paraId="60677EF0" w14:textId="77777777" w:rsidTr="00795543">
        <w:trPr>
          <w:jc w:val="center"/>
        </w:trPr>
        <w:tc>
          <w:tcPr>
            <w:tcW w:w="4860" w:type="dxa"/>
            <w:vAlign w:val="center"/>
          </w:tcPr>
          <w:p w14:paraId="07EAA50D" w14:textId="417040ED" w:rsidR="005A5BB8" w:rsidRPr="00AE5145" w:rsidRDefault="005A5BB8" w:rsidP="005A5BB8">
            <w:pPr>
              <w:rPr>
                <w:sz w:val="17"/>
                <w:lang w:val="fr-FR"/>
              </w:rPr>
            </w:pPr>
            <w:r>
              <w:rPr>
                <w:sz w:val="17"/>
                <w:lang w:val="fr-FR"/>
              </w:rPr>
              <w:t>Piscine/Spa</w:t>
            </w:r>
          </w:p>
        </w:tc>
        <w:tc>
          <w:tcPr>
            <w:tcW w:w="3498" w:type="dxa"/>
            <w:vAlign w:val="center"/>
          </w:tcPr>
          <w:p w14:paraId="4FCA8733" w14:textId="17BFE54C" w:rsidR="005A5BB8" w:rsidRDefault="005A5BB8" w:rsidP="005A5BB8">
            <w:pPr>
              <w:rPr>
                <w:sz w:val="17"/>
              </w:rPr>
            </w:pPr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27B185D2" w14:textId="77777777" w:rsidR="005A5BB8" w:rsidRDefault="005A5BB8" w:rsidP="005A5BB8"/>
        </w:tc>
      </w:tr>
    </w:tbl>
    <w:p w14:paraId="2BF4B0B5" w14:textId="77777777" w:rsidR="00ED75A3" w:rsidRDefault="00ED75A3" w:rsidP="00423E2B">
      <w:pPr>
        <w:spacing w:after="0"/>
        <w:rPr>
          <w:b/>
        </w:rPr>
      </w:pPr>
    </w:p>
    <w:p w14:paraId="40FFD122" w14:textId="20933B50" w:rsidR="00272EB8" w:rsidRDefault="00000000" w:rsidP="004C449D">
      <w:pPr>
        <w:spacing w:after="0" w:line="360" w:lineRule="auto"/>
      </w:pPr>
      <w:proofErr w:type="gramStart"/>
      <w:r>
        <w:rPr>
          <w:b/>
        </w:rPr>
        <w:t xml:space="preserve">Commentaire </w:t>
      </w:r>
      <w:r w:rsidR="00C56DE4">
        <w:rPr>
          <w:b/>
        </w:rPr>
        <w:t>:</w:t>
      </w:r>
      <w:proofErr w:type="gramEnd"/>
      <w:r>
        <w:rPr>
          <w:b/>
        </w:rPr>
        <w:t xml:space="preserve"> </w:t>
      </w:r>
      <w:r>
        <w:t>________________________________________________________________________________________________________</w:t>
      </w:r>
      <w:r w:rsidR="00BC04F2">
        <w:t>_____________________</w:t>
      </w:r>
    </w:p>
    <w:p w14:paraId="6D0C8ABC" w14:textId="16E12EF6" w:rsidR="00272EB8" w:rsidRPr="00423E2B" w:rsidRDefault="00000000">
      <w:pPr>
        <w:rPr>
          <w:lang w:val="fr-FR"/>
        </w:rPr>
      </w:pPr>
      <w:r w:rsidRPr="00423E2B">
        <w:rPr>
          <w:b/>
          <w:color w:val="C00000"/>
          <w:lang w:val="fr-FR"/>
        </w:rPr>
        <w:t>En cas d’anomalie</w:t>
      </w:r>
      <w:r w:rsidRPr="00423E2B">
        <w:rPr>
          <w:b/>
          <w:lang w:val="fr-FR"/>
        </w:rPr>
        <w:t xml:space="preserve">, </w:t>
      </w:r>
      <w:r w:rsidRPr="00423E2B">
        <w:rPr>
          <w:lang w:val="fr-FR"/>
        </w:rPr>
        <w:t>prévenir le propriétaire</w:t>
      </w:r>
      <w:r w:rsidR="00423E2B">
        <w:rPr>
          <w:lang w:val="fr-FR"/>
        </w:rPr>
        <w:t xml:space="preserve"> et AVL</w:t>
      </w:r>
      <w:r w:rsidRPr="00423E2B">
        <w:rPr>
          <w:lang w:val="fr-FR"/>
        </w:rPr>
        <w:t>, noter précisément le problème et prendre une photo si nécessaire.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296"/>
        <w:gridCol w:w="7296"/>
      </w:tblGrid>
      <w:tr w:rsidR="00272EB8" w14:paraId="725B403A" w14:textId="77777777">
        <w:trPr>
          <w:jc w:val="center"/>
        </w:trPr>
        <w:tc>
          <w:tcPr>
            <w:tcW w:w="7296" w:type="dxa"/>
            <w:vAlign w:val="center"/>
          </w:tcPr>
          <w:p w14:paraId="15332CEF" w14:textId="77777777" w:rsidR="00272EB8" w:rsidRPr="004C449D" w:rsidRDefault="00000000">
            <w:pPr>
              <w:rPr>
                <w:rFonts w:ascii="Cavolini" w:hAnsi="Cavolini" w:cs="Cavolini"/>
              </w:rPr>
            </w:pPr>
            <w:r w:rsidRPr="004C449D">
              <w:rPr>
                <w:rFonts w:ascii="Cavolini" w:hAnsi="Cavolini" w:cs="Cavolini"/>
                <w:b/>
              </w:rPr>
              <w:t xml:space="preserve">Le responsable du </w:t>
            </w:r>
            <w:proofErr w:type="spellStart"/>
            <w:r w:rsidRPr="004C449D">
              <w:rPr>
                <w:rFonts w:ascii="Cavolini" w:hAnsi="Cavolini" w:cs="Cavolini"/>
                <w:b/>
              </w:rPr>
              <w:t>gîte</w:t>
            </w:r>
            <w:proofErr w:type="spellEnd"/>
          </w:p>
        </w:tc>
        <w:tc>
          <w:tcPr>
            <w:tcW w:w="7296" w:type="dxa"/>
            <w:vAlign w:val="center"/>
          </w:tcPr>
          <w:p w14:paraId="674F902F" w14:textId="77777777" w:rsidR="00272EB8" w:rsidRPr="004C449D" w:rsidRDefault="00000000" w:rsidP="00423E2B">
            <w:pPr>
              <w:rPr>
                <w:rFonts w:ascii="Cavolini" w:hAnsi="Cavolini" w:cs="Cavolini"/>
              </w:rPr>
            </w:pPr>
            <w:r w:rsidRPr="004C449D">
              <w:rPr>
                <w:rFonts w:ascii="Cavolini" w:hAnsi="Cavolini" w:cs="Cavolini"/>
                <w:b/>
              </w:rPr>
              <w:t>Le représentant d’AVL</w:t>
            </w:r>
          </w:p>
        </w:tc>
      </w:tr>
      <w:tr w:rsidR="00272EB8" w14:paraId="5A3042A8" w14:textId="77777777" w:rsidTr="00423E2B">
        <w:trPr>
          <w:trHeight w:val="1294"/>
          <w:jc w:val="center"/>
        </w:trPr>
        <w:tc>
          <w:tcPr>
            <w:tcW w:w="7296" w:type="dxa"/>
          </w:tcPr>
          <w:p w14:paraId="775A0512" w14:textId="6EF0EF56" w:rsidR="00272EB8" w:rsidRDefault="00000000" w:rsidP="00423E2B">
            <w:pPr>
              <w:spacing w:line="276" w:lineRule="auto"/>
            </w:pPr>
            <w:r>
              <w:t>Nom</w:t>
            </w:r>
            <w:r w:rsidR="00423E2B">
              <w:t xml:space="preserve">/ </w:t>
            </w:r>
            <w:proofErr w:type="spellStart"/>
            <w:proofErr w:type="gramStart"/>
            <w:r w:rsidR="00423E2B">
              <w:t>Prénom</w:t>
            </w:r>
            <w:proofErr w:type="spellEnd"/>
            <w:r w:rsidR="00423E2B">
              <w:t xml:space="preserve"> :</w:t>
            </w:r>
            <w:proofErr w:type="gramEnd"/>
            <w:r w:rsidR="00423E2B">
              <w:t xml:space="preserve"> </w:t>
            </w:r>
            <w:r>
              <w:br/>
            </w:r>
            <w:proofErr w:type="gramStart"/>
            <w:r>
              <w:t>Signature :</w:t>
            </w:r>
            <w:proofErr w:type="gramEnd"/>
          </w:p>
          <w:p w14:paraId="283AFDB5" w14:textId="77777777" w:rsidR="00423E2B" w:rsidRPr="00423E2B" w:rsidRDefault="00423E2B" w:rsidP="00423E2B"/>
          <w:p w14:paraId="4A1DFC67" w14:textId="77777777" w:rsidR="00423E2B" w:rsidRDefault="00423E2B" w:rsidP="00423E2B"/>
          <w:p w14:paraId="31BBD327" w14:textId="77777777" w:rsidR="00423E2B" w:rsidRPr="00423E2B" w:rsidRDefault="00423E2B" w:rsidP="00423E2B">
            <w:pPr>
              <w:jc w:val="center"/>
            </w:pPr>
          </w:p>
        </w:tc>
        <w:tc>
          <w:tcPr>
            <w:tcW w:w="7296" w:type="dxa"/>
          </w:tcPr>
          <w:p w14:paraId="0DA0502B" w14:textId="3B505845" w:rsidR="00272EB8" w:rsidRDefault="00000000" w:rsidP="00423E2B">
            <w:pPr>
              <w:spacing w:line="276" w:lineRule="auto"/>
            </w:pPr>
            <w:r>
              <w:t>Nom</w:t>
            </w:r>
            <w:r w:rsidR="00423E2B">
              <w:t>/</w:t>
            </w:r>
            <w:proofErr w:type="spellStart"/>
            <w:proofErr w:type="gramStart"/>
            <w:r w:rsidR="00423E2B">
              <w:t>Prénom</w:t>
            </w:r>
            <w:proofErr w:type="spellEnd"/>
            <w:r w:rsidR="00423E2B">
              <w:t xml:space="preserve"> :</w:t>
            </w:r>
            <w:proofErr w:type="gramEnd"/>
            <w:r w:rsidR="00423E2B">
              <w:t xml:space="preserve"> </w:t>
            </w:r>
            <w:r>
              <w:br/>
            </w:r>
            <w:proofErr w:type="gramStart"/>
            <w:r>
              <w:t>Signature :</w:t>
            </w:r>
            <w:proofErr w:type="gramEnd"/>
          </w:p>
        </w:tc>
      </w:tr>
    </w:tbl>
    <w:p w14:paraId="52497C10" w14:textId="77777777" w:rsidR="00D90CB2" w:rsidRDefault="00D90CB2" w:rsidP="00423E2B">
      <w:pPr>
        <w:jc w:val="center"/>
        <w:rPr>
          <w:b/>
          <w:sz w:val="30"/>
        </w:rPr>
      </w:pPr>
    </w:p>
    <w:p w14:paraId="4F5190B6" w14:textId="64574567" w:rsidR="00272EB8" w:rsidRPr="00EA3C7C" w:rsidRDefault="00EA3C7C" w:rsidP="00423E2B">
      <w:pPr>
        <w:jc w:val="center"/>
        <w:rPr>
          <w:lang w:val="fr-FR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AAAE3B6" wp14:editId="6598B586">
            <wp:simplePos x="0" y="0"/>
            <wp:positionH relativeFrom="column">
              <wp:posOffset>102870</wp:posOffset>
            </wp:positionH>
            <wp:positionV relativeFrom="paragraph">
              <wp:posOffset>-199390</wp:posOffset>
            </wp:positionV>
            <wp:extent cx="954218" cy="640080"/>
            <wp:effectExtent l="0" t="0" r="0" b="7620"/>
            <wp:wrapNone/>
            <wp:docPr id="4488841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88418" name="Image 4488841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4218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A3C7C">
        <w:rPr>
          <w:b/>
          <w:sz w:val="30"/>
          <w:lang w:val="fr-FR"/>
        </w:rPr>
        <w:t xml:space="preserve">ÉTAT DES LIEUX – </w:t>
      </w:r>
      <w:r w:rsidRPr="00EA3C7C">
        <w:rPr>
          <w:b/>
          <w:color w:val="F79646" w:themeColor="accent6"/>
          <w:sz w:val="30"/>
          <w:lang w:val="fr-FR"/>
        </w:rPr>
        <w:t>DÉPART</w:t>
      </w:r>
    </w:p>
    <w:p w14:paraId="7791CAC5" w14:textId="75131A64" w:rsidR="002178BD" w:rsidRDefault="00000000" w:rsidP="002178BD">
      <w:pPr>
        <w:jc w:val="center"/>
        <w:rPr>
          <w:i/>
          <w:lang w:val="fr-FR"/>
        </w:rPr>
      </w:pPr>
      <w:r w:rsidRPr="00423E2B">
        <w:rPr>
          <w:i/>
          <w:lang w:val="fr-FR"/>
        </w:rPr>
        <w:t>Séjours adaptés AVL – à remplir avec le propriétaire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296"/>
        <w:gridCol w:w="7296"/>
      </w:tblGrid>
      <w:tr w:rsidR="002178BD" w14:paraId="0208013A" w14:textId="77777777" w:rsidTr="0077278B">
        <w:trPr>
          <w:trHeight w:val="364"/>
          <w:jc w:val="center"/>
        </w:trPr>
        <w:tc>
          <w:tcPr>
            <w:tcW w:w="7296" w:type="dxa"/>
            <w:vAlign w:val="center"/>
          </w:tcPr>
          <w:p w14:paraId="4E0F9D79" w14:textId="77777777" w:rsidR="002178BD" w:rsidRDefault="002178BD" w:rsidP="0077278B">
            <w:proofErr w:type="spellStart"/>
            <w:r>
              <w:rPr>
                <w:b/>
                <w:sz w:val="17"/>
              </w:rPr>
              <w:t>Gîte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gramStart"/>
            <w:r>
              <w:rPr>
                <w:b/>
                <w:sz w:val="17"/>
              </w:rPr>
              <w:t>de :</w:t>
            </w:r>
            <w:proofErr w:type="gramEnd"/>
            <w:r>
              <w:rPr>
                <w:b/>
                <w:sz w:val="17"/>
              </w:rPr>
              <w:t xml:space="preserve"> __________________________________________</w:t>
            </w:r>
          </w:p>
        </w:tc>
        <w:tc>
          <w:tcPr>
            <w:tcW w:w="7296" w:type="dxa"/>
            <w:vAlign w:val="center"/>
          </w:tcPr>
          <w:p w14:paraId="4818FF53" w14:textId="77777777" w:rsidR="002178BD" w:rsidRDefault="002178BD" w:rsidP="0077278B">
            <w:proofErr w:type="gramStart"/>
            <w:r>
              <w:rPr>
                <w:b/>
                <w:sz w:val="17"/>
              </w:rPr>
              <w:t>Date :</w:t>
            </w:r>
            <w:proofErr w:type="gramEnd"/>
            <w:r>
              <w:rPr>
                <w:b/>
                <w:sz w:val="17"/>
              </w:rPr>
              <w:t xml:space="preserve"> ____ / ___</w:t>
            </w:r>
            <w:proofErr w:type="gramStart"/>
            <w:r>
              <w:rPr>
                <w:b/>
                <w:sz w:val="17"/>
              </w:rPr>
              <w:t>_ / _</w:t>
            </w:r>
            <w:proofErr w:type="gramEnd"/>
            <w:r>
              <w:rPr>
                <w:b/>
                <w:sz w:val="17"/>
              </w:rPr>
              <w:t>_____</w:t>
            </w:r>
          </w:p>
        </w:tc>
      </w:tr>
      <w:tr w:rsidR="002178BD" w14:paraId="4951FA4D" w14:textId="77777777" w:rsidTr="0077278B">
        <w:trPr>
          <w:trHeight w:val="277"/>
          <w:jc w:val="center"/>
        </w:trPr>
        <w:tc>
          <w:tcPr>
            <w:tcW w:w="7296" w:type="dxa"/>
            <w:vAlign w:val="center"/>
          </w:tcPr>
          <w:p w14:paraId="0823BB08" w14:textId="77777777" w:rsidR="002178BD" w:rsidRDefault="002178BD" w:rsidP="0077278B">
            <w:r>
              <w:rPr>
                <w:sz w:val="17"/>
              </w:rPr>
              <w:t>Séjour du ____ / ____ / ______ au ____ / ____ / ______</w:t>
            </w:r>
          </w:p>
        </w:tc>
        <w:tc>
          <w:tcPr>
            <w:tcW w:w="7296" w:type="dxa"/>
            <w:vAlign w:val="center"/>
          </w:tcPr>
          <w:p w14:paraId="5DCAD4C9" w14:textId="77777777" w:rsidR="002178BD" w:rsidRDefault="002178BD" w:rsidP="0077278B">
            <w:r>
              <w:rPr>
                <w:sz w:val="17"/>
              </w:rPr>
              <w:t xml:space="preserve">Animateur </w:t>
            </w:r>
            <w:proofErr w:type="gramStart"/>
            <w:r>
              <w:rPr>
                <w:sz w:val="17"/>
              </w:rPr>
              <w:t>responsable :</w:t>
            </w:r>
            <w:proofErr w:type="gramEnd"/>
            <w:r>
              <w:rPr>
                <w:sz w:val="17"/>
              </w:rPr>
              <w:t xml:space="preserve"> __________________________</w:t>
            </w:r>
          </w:p>
        </w:tc>
      </w:tr>
    </w:tbl>
    <w:p w14:paraId="47775D95" w14:textId="77777777" w:rsidR="002178BD" w:rsidRPr="00423E2B" w:rsidRDefault="002178BD" w:rsidP="002178BD">
      <w:pPr>
        <w:rPr>
          <w:lang w:val="fr-FR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4860"/>
        <w:gridCol w:w="3498"/>
        <w:gridCol w:w="6224"/>
      </w:tblGrid>
      <w:tr w:rsidR="002178BD" w14:paraId="71E94D67" w14:textId="77777777" w:rsidTr="0077278B">
        <w:trPr>
          <w:jc w:val="center"/>
        </w:trPr>
        <w:tc>
          <w:tcPr>
            <w:tcW w:w="4860" w:type="dxa"/>
            <w:vAlign w:val="center"/>
          </w:tcPr>
          <w:p w14:paraId="1DAE322A" w14:textId="77777777" w:rsidR="002178BD" w:rsidRDefault="002178BD" w:rsidP="0077278B">
            <w:r w:rsidRPr="00423E2B">
              <w:rPr>
                <w:b/>
                <w:color w:val="0070C0"/>
              </w:rPr>
              <w:t>PIÈCES / ÉLÉMENTS À VÉRIFIER</w:t>
            </w:r>
          </w:p>
        </w:tc>
        <w:tc>
          <w:tcPr>
            <w:tcW w:w="3498" w:type="dxa"/>
            <w:vAlign w:val="center"/>
          </w:tcPr>
          <w:p w14:paraId="3EC74641" w14:textId="77777777" w:rsidR="002178BD" w:rsidRPr="00423E2B" w:rsidRDefault="002178BD" w:rsidP="0077278B">
            <w:pPr>
              <w:rPr>
                <w:color w:val="0070C0"/>
              </w:rPr>
            </w:pPr>
            <w:r w:rsidRPr="00423E2B">
              <w:rPr>
                <w:b/>
                <w:color w:val="0070C0"/>
              </w:rPr>
              <w:t>ÉTAT CONSTATÉ</w:t>
            </w:r>
          </w:p>
        </w:tc>
        <w:tc>
          <w:tcPr>
            <w:tcW w:w="6224" w:type="dxa"/>
            <w:vAlign w:val="center"/>
          </w:tcPr>
          <w:p w14:paraId="7DDF1303" w14:textId="77777777" w:rsidR="002178BD" w:rsidRDefault="002178BD" w:rsidP="0077278B">
            <w:r w:rsidRPr="00423E2B">
              <w:rPr>
                <w:b/>
                <w:color w:val="0070C0"/>
              </w:rPr>
              <w:t>COMMENTAIRES / ANOMALIES</w:t>
            </w:r>
          </w:p>
        </w:tc>
      </w:tr>
      <w:tr w:rsidR="002178BD" w14:paraId="4B5E8B83" w14:textId="77777777" w:rsidTr="0077278B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1E4B573D" w14:textId="77777777" w:rsidR="002178BD" w:rsidRPr="00423E2B" w:rsidRDefault="002178BD" w:rsidP="0077278B">
            <w:pPr>
              <w:rPr>
                <w:b/>
                <w:szCs w:val="24"/>
              </w:rPr>
            </w:pPr>
            <w:r w:rsidRPr="00423E2B">
              <w:rPr>
                <w:b/>
                <w:szCs w:val="24"/>
              </w:rPr>
              <w:t>ÉTAT GÉNÉRAL DU GÎTE</w:t>
            </w:r>
          </w:p>
        </w:tc>
      </w:tr>
      <w:tr w:rsidR="002178BD" w14:paraId="2F06C948" w14:textId="77777777" w:rsidTr="0077278B">
        <w:trPr>
          <w:jc w:val="center"/>
        </w:trPr>
        <w:tc>
          <w:tcPr>
            <w:tcW w:w="4860" w:type="dxa"/>
            <w:vAlign w:val="center"/>
          </w:tcPr>
          <w:p w14:paraId="051AFDF4" w14:textId="77777777" w:rsidR="002178BD" w:rsidRDefault="002178BD" w:rsidP="0077278B">
            <w:r>
              <w:rPr>
                <w:sz w:val="17"/>
              </w:rPr>
              <w:t>Sols</w:t>
            </w:r>
          </w:p>
        </w:tc>
        <w:tc>
          <w:tcPr>
            <w:tcW w:w="3498" w:type="dxa"/>
            <w:vAlign w:val="center"/>
          </w:tcPr>
          <w:p w14:paraId="778D398D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7FE5D419" w14:textId="77777777" w:rsidR="002178BD" w:rsidRDefault="002178BD" w:rsidP="0077278B"/>
        </w:tc>
      </w:tr>
      <w:tr w:rsidR="002178BD" w14:paraId="389BBA05" w14:textId="77777777" w:rsidTr="0077278B">
        <w:trPr>
          <w:jc w:val="center"/>
        </w:trPr>
        <w:tc>
          <w:tcPr>
            <w:tcW w:w="4860" w:type="dxa"/>
            <w:vAlign w:val="center"/>
          </w:tcPr>
          <w:p w14:paraId="32648EEC" w14:textId="77777777" w:rsidR="002178BD" w:rsidRDefault="002178BD" w:rsidP="0077278B">
            <w:r>
              <w:rPr>
                <w:sz w:val="17"/>
              </w:rPr>
              <w:t>Murs / plafonds</w:t>
            </w:r>
          </w:p>
        </w:tc>
        <w:tc>
          <w:tcPr>
            <w:tcW w:w="3498" w:type="dxa"/>
            <w:vAlign w:val="center"/>
          </w:tcPr>
          <w:p w14:paraId="56CBBD50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612A8E23" w14:textId="77777777" w:rsidR="002178BD" w:rsidRDefault="002178BD" w:rsidP="0077278B"/>
        </w:tc>
      </w:tr>
      <w:tr w:rsidR="002178BD" w14:paraId="5989AA15" w14:textId="77777777" w:rsidTr="0077278B">
        <w:trPr>
          <w:jc w:val="center"/>
        </w:trPr>
        <w:tc>
          <w:tcPr>
            <w:tcW w:w="4860" w:type="dxa"/>
            <w:vAlign w:val="center"/>
          </w:tcPr>
          <w:p w14:paraId="493C1B78" w14:textId="77777777" w:rsidR="002178BD" w:rsidRDefault="002178BD" w:rsidP="0077278B">
            <w:r>
              <w:rPr>
                <w:sz w:val="17"/>
              </w:rPr>
              <w:t xml:space="preserve">Portes / </w:t>
            </w:r>
            <w:proofErr w:type="spellStart"/>
            <w:r>
              <w:rPr>
                <w:sz w:val="17"/>
              </w:rPr>
              <w:t>fenêtres</w:t>
            </w:r>
            <w:proofErr w:type="spellEnd"/>
            <w:r>
              <w:rPr>
                <w:sz w:val="17"/>
              </w:rPr>
              <w:t xml:space="preserve"> / volets</w:t>
            </w:r>
          </w:p>
        </w:tc>
        <w:tc>
          <w:tcPr>
            <w:tcW w:w="3498" w:type="dxa"/>
            <w:vAlign w:val="center"/>
          </w:tcPr>
          <w:p w14:paraId="21F6B9A4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113C8366" w14:textId="77777777" w:rsidR="002178BD" w:rsidRDefault="002178BD" w:rsidP="0077278B"/>
        </w:tc>
      </w:tr>
      <w:tr w:rsidR="002178BD" w:rsidRPr="005A12C1" w14:paraId="18074BBF" w14:textId="77777777" w:rsidTr="0077278B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114ED327" w14:textId="77777777" w:rsidR="002178BD" w:rsidRPr="00423E2B" w:rsidRDefault="002178BD" w:rsidP="0077278B">
            <w:pPr>
              <w:rPr>
                <w:lang w:val="fr-FR"/>
              </w:rPr>
            </w:pPr>
            <w:r w:rsidRPr="00423E2B">
              <w:rPr>
                <w:b/>
                <w:szCs w:val="24"/>
                <w:lang w:val="fr-FR"/>
              </w:rPr>
              <w:t>CHAMBRES – LITERIE (</w:t>
            </w:r>
            <w:r w:rsidRPr="00423E2B">
              <w:rPr>
                <w:b/>
                <w:color w:val="EE0000"/>
                <w:szCs w:val="24"/>
                <w:lang w:val="fr-FR"/>
              </w:rPr>
              <w:t>POINT DE VIGILANCE</w:t>
            </w:r>
            <w:r w:rsidRPr="00423E2B">
              <w:rPr>
                <w:b/>
                <w:szCs w:val="24"/>
                <w:lang w:val="fr-FR"/>
              </w:rPr>
              <w:t>)</w:t>
            </w:r>
          </w:p>
        </w:tc>
      </w:tr>
      <w:tr w:rsidR="002178BD" w14:paraId="6F2EDF04" w14:textId="77777777" w:rsidTr="0077278B">
        <w:trPr>
          <w:jc w:val="center"/>
        </w:trPr>
        <w:tc>
          <w:tcPr>
            <w:tcW w:w="4860" w:type="dxa"/>
            <w:vAlign w:val="center"/>
          </w:tcPr>
          <w:p w14:paraId="6AF1AA49" w14:textId="77777777" w:rsidR="002178BD" w:rsidRPr="00423E2B" w:rsidRDefault="002178BD" w:rsidP="0077278B">
            <w:pPr>
              <w:rPr>
                <w:lang w:val="fr-FR"/>
              </w:rPr>
            </w:pPr>
            <w:r w:rsidRPr="00423E2B">
              <w:rPr>
                <w:sz w:val="17"/>
                <w:lang w:val="fr-FR"/>
              </w:rPr>
              <w:t>Matelas : propre, sans tache ni odeur</w:t>
            </w:r>
          </w:p>
        </w:tc>
        <w:tc>
          <w:tcPr>
            <w:tcW w:w="3498" w:type="dxa"/>
            <w:vAlign w:val="center"/>
          </w:tcPr>
          <w:p w14:paraId="541EB2CC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38BE14C0" w14:textId="77777777" w:rsidR="002178BD" w:rsidRDefault="002178BD" w:rsidP="0077278B"/>
        </w:tc>
      </w:tr>
      <w:tr w:rsidR="002178BD" w14:paraId="486C4F86" w14:textId="77777777" w:rsidTr="0077278B">
        <w:trPr>
          <w:jc w:val="center"/>
        </w:trPr>
        <w:tc>
          <w:tcPr>
            <w:tcW w:w="4860" w:type="dxa"/>
            <w:vAlign w:val="center"/>
          </w:tcPr>
          <w:p w14:paraId="73BE5498" w14:textId="77777777" w:rsidR="002178BD" w:rsidRDefault="002178BD" w:rsidP="0077278B">
            <w:proofErr w:type="spellStart"/>
            <w:r>
              <w:rPr>
                <w:sz w:val="17"/>
              </w:rPr>
              <w:t>Couettes</w:t>
            </w:r>
            <w:proofErr w:type="spellEnd"/>
            <w:r>
              <w:rPr>
                <w:sz w:val="17"/>
              </w:rPr>
              <w:t xml:space="preserve"> / couvertures / </w:t>
            </w:r>
            <w:proofErr w:type="spellStart"/>
            <w:r>
              <w:rPr>
                <w:sz w:val="17"/>
              </w:rPr>
              <w:t>oreillers</w:t>
            </w:r>
            <w:proofErr w:type="spellEnd"/>
          </w:p>
        </w:tc>
        <w:tc>
          <w:tcPr>
            <w:tcW w:w="3498" w:type="dxa"/>
            <w:vAlign w:val="center"/>
          </w:tcPr>
          <w:p w14:paraId="67C05024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57CF57E8" w14:textId="77777777" w:rsidR="002178BD" w:rsidRDefault="002178BD" w:rsidP="0077278B"/>
        </w:tc>
      </w:tr>
      <w:tr w:rsidR="002178BD" w14:paraId="24E5F557" w14:textId="77777777" w:rsidTr="0077278B">
        <w:trPr>
          <w:jc w:val="center"/>
        </w:trPr>
        <w:tc>
          <w:tcPr>
            <w:tcW w:w="4860" w:type="dxa"/>
            <w:vAlign w:val="center"/>
          </w:tcPr>
          <w:p w14:paraId="7E33A543" w14:textId="77777777" w:rsidR="002178BD" w:rsidRDefault="002178BD" w:rsidP="0077278B">
            <w:r>
              <w:rPr>
                <w:sz w:val="17"/>
              </w:rPr>
              <w:t xml:space="preserve">Lits / </w:t>
            </w:r>
            <w:proofErr w:type="spellStart"/>
            <w:r>
              <w:rPr>
                <w:sz w:val="17"/>
              </w:rPr>
              <w:t>sommiers</w:t>
            </w:r>
            <w:proofErr w:type="spellEnd"/>
          </w:p>
        </w:tc>
        <w:tc>
          <w:tcPr>
            <w:tcW w:w="3498" w:type="dxa"/>
            <w:vAlign w:val="center"/>
          </w:tcPr>
          <w:p w14:paraId="1E57F686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2F993DD6" w14:textId="77777777" w:rsidR="002178BD" w:rsidRDefault="002178BD" w:rsidP="0077278B"/>
        </w:tc>
      </w:tr>
      <w:tr w:rsidR="002178BD" w14:paraId="4F253A74" w14:textId="77777777" w:rsidTr="0077278B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2501BFBB" w14:textId="77777777" w:rsidR="002178BD" w:rsidRDefault="002178BD" w:rsidP="0077278B">
            <w:r w:rsidRPr="00423E2B">
              <w:rPr>
                <w:b/>
                <w:szCs w:val="24"/>
              </w:rPr>
              <w:t>SALON / PIÈCE DE VIE</w:t>
            </w:r>
          </w:p>
        </w:tc>
      </w:tr>
      <w:tr w:rsidR="002178BD" w14:paraId="27A01A64" w14:textId="77777777" w:rsidTr="0077278B">
        <w:trPr>
          <w:jc w:val="center"/>
        </w:trPr>
        <w:tc>
          <w:tcPr>
            <w:tcW w:w="4860" w:type="dxa"/>
            <w:vAlign w:val="center"/>
          </w:tcPr>
          <w:p w14:paraId="624065F4" w14:textId="77777777" w:rsidR="002178BD" w:rsidRDefault="002178BD" w:rsidP="0077278B">
            <w:r>
              <w:rPr>
                <w:sz w:val="17"/>
              </w:rPr>
              <w:t>Canapé / fauteuils</w:t>
            </w:r>
          </w:p>
        </w:tc>
        <w:tc>
          <w:tcPr>
            <w:tcW w:w="3498" w:type="dxa"/>
            <w:vAlign w:val="center"/>
          </w:tcPr>
          <w:p w14:paraId="5B943E78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612D72F5" w14:textId="77777777" w:rsidR="002178BD" w:rsidRDefault="002178BD" w:rsidP="0077278B"/>
        </w:tc>
      </w:tr>
      <w:tr w:rsidR="002178BD" w14:paraId="455F2F64" w14:textId="77777777" w:rsidTr="0077278B">
        <w:trPr>
          <w:jc w:val="center"/>
        </w:trPr>
        <w:tc>
          <w:tcPr>
            <w:tcW w:w="4860" w:type="dxa"/>
            <w:vAlign w:val="center"/>
          </w:tcPr>
          <w:p w14:paraId="44212BB2" w14:textId="77777777" w:rsidR="002178BD" w:rsidRDefault="002178BD" w:rsidP="0077278B">
            <w:r>
              <w:rPr>
                <w:sz w:val="17"/>
              </w:rPr>
              <w:t>Mobilier / table / chaises</w:t>
            </w:r>
          </w:p>
        </w:tc>
        <w:tc>
          <w:tcPr>
            <w:tcW w:w="3498" w:type="dxa"/>
            <w:vAlign w:val="center"/>
          </w:tcPr>
          <w:p w14:paraId="47961C70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64CDC72E" w14:textId="77777777" w:rsidR="002178BD" w:rsidRDefault="002178BD" w:rsidP="0077278B"/>
        </w:tc>
      </w:tr>
      <w:tr w:rsidR="002178BD" w14:paraId="43316EE5" w14:textId="77777777" w:rsidTr="0077278B">
        <w:trPr>
          <w:jc w:val="center"/>
        </w:trPr>
        <w:tc>
          <w:tcPr>
            <w:tcW w:w="4860" w:type="dxa"/>
            <w:vAlign w:val="center"/>
          </w:tcPr>
          <w:p w14:paraId="6FA9D695" w14:textId="1595D64D" w:rsidR="002178BD" w:rsidRDefault="002178BD" w:rsidP="0077278B">
            <w:proofErr w:type="spellStart"/>
            <w:r>
              <w:rPr>
                <w:sz w:val="17"/>
              </w:rPr>
              <w:t>Télévision</w:t>
            </w:r>
            <w:proofErr w:type="spellEnd"/>
            <w:r>
              <w:rPr>
                <w:sz w:val="17"/>
              </w:rPr>
              <w:t xml:space="preserve"> </w:t>
            </w:r>
          </w:p>
        </w:tc>
        <w:tc>
          <w:tcPr>
            <w:tcW w:w="3498" w:type="dxa"/>
            <w:vAlign w:val="center"/>
          </w:tcPr>
          <w:p w14:paraId="619A085D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6D3FC9E6" w14:textId="77777777" w:rsidR="002178BD" w:rsidRDefault="002178BD" w:rsidP="0077278B"/>
        </w:tc>
      </w:tr>
      <w:tr w:rsidR="002178BD" w14:paraId="4EABF52A" w14:textId="77777777" w:rsidTr="0077278B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5A782839" w14:textId="77777777" w:rsidR="002178BD" w:rsidRDefault="002178BD" w:rsidP="0077278B">
            <w:r w:rsidRPr="00423E2B">
              <w:rPr>
                <w:b/>
                <w:szCs w:val="24"/>
              </w:rPr>
              <w:t>CUISINE</w:t>
            </w:r>
          </w:p>
        </w:tc>
      </w:tr>
      <w:tr w:rsidR="002178BD" w14:paraId="789D806D" w14:textId="77777777" w:rsidTr="0077278B">
        <w:trPr>
          <w:jc w:val="center"/>
        </w:trPr>
        <w:tc>
          <w:tcPr>
            <w:tcW w:w="4860" w:type="dxa"/>
            <w:vAlign w:val="center"/>
          </w:tcPr>
          <w:p w14:paraId="35E919A9" w14:textId="77777777" w:rsidR="002178BD" w:rsidRDefault="002178BD" w:rsidP="0077278B">
            <w:r>
              <w:rPr>
                <w:sz w:val="17"/>
              </w:rPr>
              <w:t xml:space="preserve">Plans de travail / </w:t>
            </w:r>
            <w:proofErr w:type="spellStart"/>
            <w:r>
              <w:rPr>
                <w:sz w:val="17"/>
              </w:rPr>
              <w:t>évier</w:t>
            </w:r>
            <w:proofErr w:type="spellEnd"/>
          </w:p>
        </w:tc>
        <w:tc>
          <w:tcPr>
            <w:tcW w:w="3498" w:type="dxa"/>
            <w:vAlign w:val="center"/>
          </w:tcPr>
          <w:p w14:paraId="4A8A3439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330241A7" w14:textId="77777777" w:rsidR="002178BD" w:rsidRDefault="002178BD" w:rsidP="0077278B"/>
        </w:tc>
      </w:tr>
      <w:tr w:rsidR="002178BD" w14:paraId="086E4D1E" w14:textId="77777777" w:rsidTr="0077278B">
        <w:trPr>
          <w:jc w:val="center"/>
        </w:trPr>
        <w:tc>
          <w:tcPr>
            <w:tcW w:w="4860" w:type="dxa"/>
            <w:vAlign w:val="center"/>
          </w:tcPr>
          <w:p w14:paraId="4D54D0DB" w14:textId="77777777" w:rsidR="002178BD" w:rsidRDefault="002178BD" w:rsidP="0077278B">
            <w:r>
              <w:rPr>
                <w:sz w:val="17"/>
              </w:rPr>
              <w:t>Plaques / four / micro-ondes</w:t>
            </w:r>
          </w:p>
        </w:tc>
        <w:tc>
          <w:tcPr>
            <w:tcW w:w="3498" w:type="dxa"/>
            <w:vAlign w:val="center"/>
          </w:tcPr>
          <w:p w14:paraId="49DD33C1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461756EB" w14:textId="77777777" w:rsidR="002178BD" w:rsidRDefault="002178BD" w:rsidP="0077278B"/>
        </w:tc>
      </w:tr>
      <w:tr w:rsidR="002178BD" w14:paraId="3C6A2574" w14:textId="77777777" w:rsidTr="0077278B">
        <w:trPr>
          <w:jc w:val="center"/>
        </w:trPr>
        <w:tc>
          <w:tcPr>
            <w:tcW w:w="4860" w:type="dxa"/>
            <w:vAlign w:val="center"/>
          </w:tcPr>
          <w:p w14:paraId="0A911FEA" w14:textId="77777777" w:rsidR="002178BD" w:rsidRDefault="002178BD" w:rsidP="0077278B">
            <w:r>
              <w:rPr>
                <w:sz w:val="17"/>
              </w:rPr>
              <w:t xml:space="preserve">Réfrigérateur / congélateur/ lave vaisselle </w:t>
            </w:r>
          </w:p>
        </w:tc>
        <w:tc>
          <w:tcPr>
            <w:tcW w:w="3498" w:type="dxa"/>
            <w:vAlign w:val="center"/>
          </w:tcPr>
          <w:p w14:paraId="7C820755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236031FB" w14:textId="77777777" w:rsidR="002178BD" w:rsidRDefault="002178BD" w:rsidP="0077278B"/>
        </w:tc>
      </w:tr>
      <w:tr w:rsidR="002178BD" w14:paraId="37DD030C" w14:textId="77777777" w:rsidTr="0077278B">
        <w:trPr>
          <w:jc w:val="center"/>
        </w:trPr>
        <w:tc>
          <w:tcPr>
            <w:tcW w:w="4860" w:type="dxa"/>
            <w:vAlign w:val="center"/>
          </w:tcPr>
          <w:p w14:paraId="4F2BA09E" w14:textId="77777777" w:rsidR="002178BD" w:rsidRDefault="002178BD" w:rsidP="0077278B">
            <w:r>
              <w:rPr>
                <w:sz w:val="17"/>
              </w:rPr>
              <w:t xml:space="preserve">Vaisselle / </w:t>
            </w:r>
            <w:proofErr w:type="spellStart"/>
            <w:r>
              <w:rPr>
                <w:sz w:val="17"/>
              </w:rPr>
              <w:t>ustensiles</w:t>
            </w:r>
            <w:proofErr w:type="spellEnd"/>
          </w:p>
        </w:tc>
        <w:tc>
          <w:tcPr>
            <w:tcW w:w="3498" w:type="dxa"/>
            <w:vAlign w:val="center"/>
          </w:tcPr>
          <w:p w14:paraId="57BDA031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20B76CFE" w14:textId="77777777" w:rsidR="002178BD" w:rsidRDefault="002178BD" w:rsidP="0077278B"/>
        </w:tc>
      </w:tr>
      <w:tr w:rsidR="002178BD" w14:paraId="224C5EB0" w14:textId="77777777" w:rsidTr="0077278B">
        <w:trPr>
          <w:jc w:val="center"/>
        </w:trPr>
        <w:tc>
          <w:tcPr>
            <w:tcW w:w="4860" w:type="dxa"/>
            <w:vAlign w:val="center"/>
          </w:tcPr>
          <w:p w14:paraId="34CAB4BC" w14:textId="77777777" w:rsidR="002178BD" w:rsidRDefault="002178BD" w:rsidP="0077278B">
            <w:r>
              <w:rPr>
                <w:sz w:val="17"/>
              </w:rPr>
              <w:t xml:space="preserve">Petit </w:t>
            </w:r>
            <w:proofErr w:type="spellStart"/>
            <w:r>
              <w:rPr>
                <w:sz w:val="17"/>
              </w:rPr>
              <w:t>électroménager</w:t>
            </w:r>
            <w:proofErr w:type="spellEnd"/>
          </w:p>
        </w:tc>
        <w:tc>
          <w:tcPr>
            <w:tcW w:w="3498" w:type="dxa"/>
            <w:vAlign w:val="center"/>
          </w:tcPr>
          <w:p w14:paraId="5F844DD0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71AA0345" w14:textId="77777777" w:rsidR="002178BD" w:rsidRDefault="002178BD" w:rsidP="0077278B"/>
        </w:tc>
      </w:tr>
      <w:tr w:rsidR="002178BD" w14:paraId="3687E8AA" w14:textId="77777777" w:rsidTr="0077278B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66D939B6" w14:textId="77777777" w:rsidR="002178BD" w:rsidRDefault="002178BD" w:rsidP="0077278B">
            <w:r w:rsidRPr="00423E2B">
              <w:rPr>
                <w:b/>
                <w:szCs w:val="24"/>
              </w:rPr>
              <w:t>SALLE DE BAINS / WC</w:t>
            </w:r>
          </w:p>
        </w:tc>
      </w:tr>
      <w:tr w:rsidR="002178BD" w14:paraId="2C44FFC4" w14:textId="77777777" w:rsidTr="0077278B">
        <w:trPr>
          <w:jc w:val="center"/>
        </w:trPr>
        <w:tc>
          <w:tcPr>
            <w:tcW w:w="4860" w:type="dxa"/>
            <w:vAlign w:val="center"/>
          </w:tcPr>
          <w:p w14:paraId="16F58AAA" w14:textId="77777777" w:rsidR="002178BD" w:rsidRDefault="002178BD" w:rsidP="0077278B">
            <w:r>
              <w:rPr>
                <w:sz w:val="17"/>
              </w:rPr>
              <w:t xml:space="preserve">Douche / </w:t>
            </w:r>
            <w:proofErr w:type="spellStart"/>
            <w:r>
              <w:rPr>
                <w:sz w:val="17"/>
              </w:rPr>
              <w:t>baignoire</w:t>
            </w:r>
            <w:proofErr w:type="spellEnd"/>
            <w:r>
              <w:rPr>
                <w:sz w:val="17"/>
              </w:rPr>
              <w:t xml:space="preserve"> / lavabo</w:t>
            </w:r>
          </w:p>
        </w:tc>
        <w:tc>
          <w:tcPr>
            <w:tcW w:w="3498" w:type="dxa"/>
            <w:vAlign w:val="center"/>
          </w:tcPr>
          <w:p w14:paraId="64D56B7B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6A8931B6" w14:textId="77777777" w:rsidR="002178BD" w:rsidRDefault="002178BD" w:rsidP="0077278B"/>
        </w:tc>
      </w:tr>
      <w:tr w:rsidR="002178BD" w14:paraId="10C37F57" w14:textId="77777777" w:rsidTr="0077278B">
        <w:trPr>
          <w:jc w:val="center"/>
        </w:trPr>
        <w:tc>
          <w:tcPr>
            <w:tcW w:w="4860" w:type="dxa"/>
            <w:vAlign w:val="center"/>
          </w:tcPr>
          <w:p w14:paraId="6E14C436" w14:textId="68E9053D" w:rsidR="002178BD" w:rsidRDefault="002178BD" w:rsidP="0077278B">
            <w:r>
              <w:rPr>
                <w:sz w:val="17"/>
              </w:rPr>
              <w:t>WC</w:t>
            </w:r>
            <w:r w:rsidR="000F1BC3">
              <w:rPr>
                <w:sz w:val="17"/>
              </w:rPr>
              <w:t xml:space="preserve"> / cuvette</w:t>
            </w:r>
          </w:p>
        </w:tc>
        <w:tc>
          <w:tcPr>
            <w:tcW w:w="3498" w:type="dxa"/>
            <w:vAlign w:val="center"/>
          </w:tcPr>
          <w:p w14:paraId="2DB84CCC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1266E748" w14:textId="77777777" w:rsidR="002178BD" w:rsidRDefault="002178BD" w:rsidP="0077278B"/>
        </w:tc>
      </w:tr>
      <w:tr w:rsidR="002178BD" w14:paraId="5C94D1C3" w14:textId="77777777" w:rsidTr="0077278B">
        <w:trPr>
          <w:jc w:val="center"/>
        </w:trPr>
        <w:tc>
          <w:tcPr>
            <w:tcW w:w="4860" w:type="dxa"/>
            <w:vAlign w:val="center"/>
          </w:tcPr>
          <w:p w14:paraId="36F8D957" w14:textId="77777777" w:rsidR="002178BD" w:rsidRDefault="002178BD" w:rsidP="0077278B">
            <w:proofErr w:type="spellStart"/>
            <w:r>
              <w:rPr>
                <w:sz w:val="17"/>
              </w:rPr>
              <w:t>Miroir</w:t>
            </w:r>
            <w:proofErr w:type="spellEnd"/>
            <w:r>
              <w:rPr>
                <w:sz w:val="17"/>
              </w:rPr>
              <w:t xml:space="preserve"> / </w:t>
            </w:r>
            <w:proofErr w:type="spellStart"/>
            <w:r>
              <w:rPr>
                <w:sz w:val="17"/>
              </w:rPr>
              <w:t>accessoires</w:t>
            </w:r>
            <w:proofErr w:type="spellEnd"/>
          </w:p>
        </w:tc>
        <w:tc>
          <w:tcPr>
            <w:tcW w:w="3498" w:type="dxa"/>
            <w:vAlign w:val="center"/>
          </w:tcPr>
          <w:p w14:paraId="03B6A2F2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1095C435" w14:textId="77777777" w:rsidR="002178BD" w:rsidRDefault="002178BD" w:rsidP="0077278B"/>
        </w:tc>
      </w:tr>
      <w:tr w:rsidR="002178BD" w14:paraId="35A54EDE" w14:textId="77777777" w:rsidTr="0077278B">
        <w:trPr>
          <w:jc w:val="center"/>
        </w:trPr>
        <w:tc>
          <w:tcPr>
            <w:tcW w:w="14582" w:type="dxa"/>
            <w:gridSpan w:val="3"/>
            <w:shd w:val="clear" w:color="auto" w:fill="EEECE1" w:themeFill="background2"/>
            <w:vAlign w:val="center"/>
          </w:tcPr>
          <w:p w14:paraId="543FFBA2" w14:textId="77777777" w:rsidR="002178BD" w:rsidRPr="00423E2B" w:rsidRDefault="002178BD" w:rsidP="0077278B">
            <w:pPr>
              <w:rPr>
                <w:b/>
              </w:rPr>
            </w:pPr>
            <w:r>
              <w:rPr>
                <w:b/>
                <w:szCs w:val="24"/>
              </w:rPr>
              <w:t>EXTERIEURS</w:t>
            </w:r>
          </w:p>
        </w:tc>
      </w:tr>
      <w:tr w:rsidR="002178BD" w14:paraId="0D115425" w14:textId="77777777" w:rsidTr="0077278B">
        <w:trPr>
          <w:jc w:val="center"/>
        </w:trPr>
        <w:tc>
          <w:tcPr>
            <w:tcW w:w="4860" w:type="dxa"/>
            <w:vAlign w:val="center"/>
          </w:tcPr>
          <w:p w14:paraId="21CF6C66" w14:textId="77777777" w:rsidR="002178BD" w:rsidRPr="00AE5145" w:rsidRDefault="002178BD" w:rsidP="0077278B">
            <w:pPr>
              <w:rPr>
                <w:lang w:val="fr-FR"/>
              </w:rPr>
            </w:pPr>
            <w:r w:rsidRPr="00AE5145">
              <w:rPr>
                <w:sz w:val="17"/>
                <w:lang w:val="fr-FR"/>
              </w:rPr>
              <w:t>Équipements</w:t>
            </w:r>
            <w:r>
              <w:rPr>
                <w:sz w:val="17"/>
                <w:lang w:val="fr-FR"/>
              </w:rPr>
              <w:t xml:space="preserve"> extérieur</w:t>
            </w:r>
            <w:r w:rsidRPr="00AE5145">
              <w:rPr>
                <w:sz w:val="17"/>
                <w:lang w:val="fr-FR"/>
              </w:rPr>
              <w:t xml:space="preserve"> (barbecue, plancha,</w:t>
            </w:r>
            <w:r>
              <w:rPr>
                <w:sz w:val="17"/>
                <w:lang w:val="fr-FR"/>
              </w:rPr>
              <w:t xml:space="preserve"> parasol, chaise de jardin…)</w:t>
            </w:r>
          </w:p>
        </w:tc>
        <w:tc>
          <w:tcPr>
            <w:tcW w:w="3498" w:type="dxa"/>
            <w:vAlign w:val="center"/>
          </w:tcPr>
          <w:p w14:paraId="2D7E3F0D" w14:textId="77777777" w:rsidR="002178BD" w:rsidRDefault="002178BD" w:rsidP="0077278B"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5F459FD3" w14:textId="77777777" w:rsidR="002178BD" w:rsidRDefault="002178BD" w:rsidP="0077278B"/>
        </w:tc>
      </w:tr>
      <w:tr w:rsidR="002178BD" w14:paraId="3DD01AB5" w14:textId="77777777" w:rsidTr="0077278B">
        <w:trPr>
          <w:jc w:val="center"/>
        </w:trPr>
        <w:tc>
          <w:tcPr>
            <w:tcW w:w="4860" w:type="dxa"/>
            <w:vAlign w:val="center"/>
          </w:tcPr>
          <w:p w14:paraId="6CD5D7E5" w14:textId="77777777" w:rsidR="002178BD" w:rsidRPr="00AE5145" w:rsidRDefault="002178BD" w:rsidP="0077278B">
            <w:pPr>
              <w:rPr>
                <w:sz w:val="17"/>
                <w:lang w:val="fr-FR"/>
              </w:rPr>
            </w:pPr>
            <w:r>
              <w:rPr>
                <w:sz w:val="17"/>
                <w:lang w:val="fr-FR"/>
              </w:rPr>
              <w:t>Piscine/Spa</w:t>
            </w:r>
          </w:p>
        </w:tc>
        <w:tc>
          <w:tcPr>
            <w:tcW w:w="3498" w:type="dxa"/>
            <w:vAlign w:val="center"/>
          </w:tcPr>
          <w:p w14:paraId="62C85ED4" w14:textId="77777777" w:rsidR="002178BD" w:rsidRDefault="002178BD" w:rsidP="0077278B">
            <w:pPr>
              <w:rPr>
                <w:sz w:val="17"/>
              </w:rPr>
            </w:pPr>
            <w:r>
              <w:rPr>
                <w:sz w:val="17"/>
              </w:rPr>
              <w:t>☐ RAS   ☐ À signaler</w:t>
            </w:r>
          </w:p>
        </w:tc>
        <w:tc>
          <w:tcPr>
            <w:tcW w:w="6224" w:type="dxa"/>
            <w:vAlign w:val="center"/>
          </w:tcPr>
          <w:p w14:paraId="3BEAE7EC" w14:textId="77777777" w:rsidR="002178BD" w:rsidRDefault="002178BD" w:rsidP="0077278B"/>
        </w:tc>
      </w:tr>
    </w:tbl>
    <w:p w14:paraId="1CF9190E" w14:textId="77777777" w:rsidR="00597265" w:rsidRDefault="00597265" w:rsidP="002178BD">
      <w:pPr>
        <w:spacing w:after="0" w:line="360" w:lineRule="auto"/>
        <w:rPr>
          <w:b/>
          <w:lang w:val="fr-FR"/>
        </w:rPr>
      </w:pPr>
    </w:p>
    <w:p w14:paraId="7D458DD5" w14:textId="0F17BEA2" w:rsidR="002178BD" w:rsidRPr="002178BD" w:rsidRDefault="002178BD" w:rsidP="002178BD">
      <w:pPr>
        <w:spacing w:after="0" w:line="360" w:lineRule="auto"/>
        <w:rPr>
          <w:lang w:val="fr-FR"/>
        </w:rPr>
      </w:pPr>
      <w:r w:rsidRPr="002178BD">
        <w:rPr>
          <w:b/>
          <w:lang w:val="fr-FR"/>
        </w:rPr>
        <w:t xml:space="preserve">Commentaire : </w:t>
      </w:r>
      <w:r w:rsidRPr="002178BD">
        <w:rPr>
          <w:lang w:val="fr-FR"/>
        </w:rPr>
        <w:t>_____________________________________________________________________________________________________________________________</w:t>
      </w:r>
    </w:p>
    <w:p w14:paraId="705F0F39" w14:textId="77777777" w:rsidR="002178BD" w:rsidRPr="00423E2B" w:rsidRDefault="002178BD" w:rsidP="002178BD">
      <w:pPr>
        <w:rPr>
          <w:lang w:val="fr-FR"/>
        </w:rPr>
      </w:pPr>
      <w:r w:rsidRPr="00423E2B">
        <w:rPr>
          <w:b/>
          <w:color w:val="C00000"/>
          <w:lang w:val="fr-FR"/>
        </w:rPr>
        <w:t>En cas d’anomalie</w:t>
      </w:r>
      <w:r w:rsidRPr="00423E2B">
        <w:rPr>
          <w:b/>
          <w:lang w:val="fr-FR"/>
        </w:rPr>
        <w:t xml:space="preserve">, </w:t>
      </w:r>
      <w:r w:rsidRPr="00423E2B">
        <w:rPr>
          <w:lang w:val="fr-FR"/>
        </w:rPr>
        <w:t>prévenir le propriétaire</w:t>
      </w:r>
      <w:r>
        <w:rPr>
          <w:lang w:val="fr-FR"/>
        </w:rPr>
        <w:t xml:space="preserve"> et AVL</w:t>
      </w:r>
      <w:r w:rsidRPr="00423E2B">
        <w:rPr>
          <w:lang w:val="fr-FR"/>
        </w:rPr>
        <w:t>, noter précisément le problème et prendre une photo si nécessaire.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7296"/>
        <w:gridCol w:w="7296"/>
      </w:tblGrid>
      <w:tr w:rsidR="002178BD" w14:paraId="3006C460" w14:textId="77777777" w:rsidTr="0077278B">
        <w:trPr>
          <w:jc w:val="center"/>
        </w:trPr>
        <w:tc>
          <w:tcPr>
            <w:tcW w:w="7296" w:type="dxa"/>
            <w:vAlign w:val="center"/>
          </w:tcPr>
          <w:p w14:paraId="09D7FED0" w14:textId="77777777" w:rsidR="002178BD" w:rsidRPr="004C449D" w:rsidRDefault="002178BD" w:rsidP="0077278B">
            <w:pPr>
              <w:rPr>
                <w:rFonts w:ascii="Cavolini" w:hAnsi="Cavolini" w:cs="Cavolini"/>
              </w:rPr>
            </w:pPr>
            <w:r w:rsidRPr="004C449D">
              <w:rPr>
                <w:rFonts w:ascii="Cavolini" w:hAnsi="Cavolini" w:cs="Cavolini"/>
                <w:b/>
              </w:rPr>
              <w:t xml:space="preserve">Le responsable du </w:t>
            </w:r>
            <w:proofErr w:type="spellStart"/>
            <w:r w:rsidRPr="004C449D">
              <w:rPr>
                <w:rFonts w:ascii="Cavolini" w:hAnsi="Cavolini" w:cs="Cavolini"/>
                <w:b/>
              </w:rPr>
              <w:t>gîte</w:t>
            </w:r>
            <w:proofErr w:type="spellEnd"/>
          </w:p>
        </w:tc>
        <w:tc>
          <w:tcPr>
            <w:tcW w:w="7296" w:type="dxa"/>
            <w:vAlign w:val="center"/>
          </w:tcPr>
          <w:p w14:paraId="3E5723D7" w14:textId="77777777" w:rsidR="002178BD" w:rsidRPr="004C449D" w:rsidRDefault="002178BD" w:rsidP="0077278B">
            <w:pPr>
              <w:rPr>
                <w:rFonts w:ascii="Cavolini" w:hAnsi="Cavolini" w:cs="Cavolini"/>
              </w:rPr>
            </w:pPr>
            <w:r w:rsidRPr="004C449D">
              <w:rPr>
                <w:rFonts w:ascii="Cavolini" w:hAnsi="Cavolini" w:cs="Cavolini"/>
                <w:b/>
              </w:rPr>
              <w:t xml:space="preserve">Le </w:t>
            </w:r>
            <w:proofErr w:type="spellStart"/>
            <w:r w:rsidRPr="004C449D">
              <w:rPr>
                <w:rFonts w:ascii="Cavolini" w:hAnsi="Cavolini" w:cs="Cavolini"/>
                <w:b/>
              </w:rPr>
              <w:t>représentant</w:t>
            </w:r>
            <w:proofErr w:type="spellEnd"/>
            <w:r w:rsidRPr="004C449D">
              <w:rPr>
                <w:rFonts w:ascii="Cavolini" w:hAnsi="Cavolini" w:cs="Cavolini"/>
                <w:b/>
              </w:rPr>
              <w:t xml:space="preserve"> </w:t>
            </w:r>
            <w:proofErr w:type="spellStart"/>
            <w:r w:rsidRPr="004C449D">
              <w:rPr>
                <w:rFonts w:ascii="Cavolini" w:hAnsi="Cavolini" w:cs="Cavolini"/>
                <w:b/>
              </w:rPr>
              <w:t>d’AVL</w:t>
            </w:r>
            <w:proofErr w:type="spellEnd"/>
          </w:p>
        </w:tc>
      </w:tr>
      <w:tr w:rsidR="002178BD" w14:paraId="37CFE859" w14:textId="77777777" w:rsidTr="0077278B">
        <w:trPr>
          <w:trHeight w:val="1294"/>
          <w:jc w:val="center"/>
        </w:trPr>
        <w:tc>
          <w:tcPr>
            <w:tcW w:w="7296" w:type="dxa"/>
          </w:tcPr>
          <w:p w14:paraId="41931BF5" w14:textId="2D32D374" w:rsidR="002178BD" w:rsidRDefault="002178BD" w:rsidP="006F1BD9">
            <w:pPr>
              <w:spacing w:line="276" w:lineRule="auto"/>
            </w:pPr>
            <w:r>
              <w:t xml:space="preserve">Nom/ </w:t>
            </w:r>
            <w:proofErr w:type="spellStart"/>
            <w:proofErr w:type="gramStart"/>
            <w:r>
              <w:t>Prénom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r>
              <w:br/>
            </w:r>
            <w:proofErr w:type="gramStart"/>
            <w:r>
              <w:t>Signature :</w:t>
            </w:r>
            <w:proofErr w:type="gramEnd"/>
          </w:p>
          <w:p w14:paraId="43A468D6" w14:textId="77777777" w:rsidR="002178BD" w:rsidRPr="00423E2B" w:rsidRDefault="002178BD" w:rsidP="0077278B">
            <w:pPr>
              <w:jc w:val="center"/>
            </w:pPr>
          </w:p>
        </w:tc>
        <w:tc>
          <w:tcPr>
            <w:tcW w:w="7296" w:type="dxa"/>
          </w:tcPr>
          <w:p w14:paraId="1556A3A0" w14:textId="77777777" w:rsidR="002178BD" w:rsidRDefault="002178BD" w:rsidP="0077278B">
            <w:pPr>
              <w:spacing w:line="276" w:lineRule="auto"/>
            </w:pPr>
            <w:r>
              <w:t>Nom/</w:t>
            </w:r>
            <w:proofErr w:type="spellStart"/>
            <w:proofErr w:type="gramStart"/>
            <w:r>
              <w:t>Prénom</w:t>
            </w:r>
            <w:proofErr w:type="spellEnd"/>
            <w:r>
              <w:t xml:space="preserve"> :</w:t>
            </w:r>
            <w:proofErr w:type="gramEnd"/>
            <w:r>
              <w:t xml:space="preserve"> </w:t>
            </w:r>
            <w:r>
              <w:br/>
            </w:r>
            <w:proofErr w:type="gramStart"/>
            <w:r>
              <w:t>Signature :</w:t>
            </w:r>
            <w:proofErr w:type="gramEnd"/>
          </w:p>
        </w:tc>
      </w:tr>
    </w:tbl>
    <w:p w14:paraId="28C9036F" w14:textId="32B1A6C3" w:rsidR="002178BD" w:rsidRDefault="002178BD"/>
    <w:sectPr w:rsidR="002178BD" w:rsidSect="006F1BD9">
      <w:pgSz w:w="15840" w:h="12240" w:orient="landscape"/>
      <w:pgMar w:top="567" w:right="567" w:bottom="567" w:left="567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2E89C" w14:textId="77777777" w:rsidR="0077661C" w:rsidRDefault="0077661C" w:rsidP="00423E2B">
      <w:pPr>
        <w:spacing w:after="0" w:line="240" w:lineRule="auto"/>
      </w:pPr>
      <w:r>
        <w:separator/>
      </w:r>
    </w:p>
  </w:endnote>
  <w:endnote w:type="continuationSeparator" w:id="0">
    <w:p w14:paraId="4394C94F" w14:textId="77777777" w:rsidR="0077661C" w:rsidRDefault="0077661C" w:rsidP="0042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3AE85" w14:textId="77777777" w:rsidR="0077661C" w:rsidRDefault="0077661C" w:rsidP="00423E2B">
      <w:pPr>
        <w:spacing w:after="0" w:line="240" w:lineRule="auto"/>
      </w:pPr>
      <w:r>
        <w:separator/>
      </w:r>
    </w:p>
  </w:footnote>
  <w:footnote w:type="continuationSeparator" w:id="0">
    <w:p w14:paraId="3AF4F0D8" w14:textId="77777777" w:rsidR="0077661C" w:rsidRDefault="0077661C" w:rsidP="00423E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13479308">
    <w:abstractNumId w:val="8"/>
  </w:num>
  <w:num w:numId="2" w16cid:durableId="1457945890">
    <w:abstractNumId w:val="6"/>
  </w:num>
  <w:num w:numId="3" w16cid:durableId="555943120">
    <w:abstractNumId w:val="5"/>
  </w:num>
  <w:num w:numId="4" w16cid:durableId="562105164">
    <w:abstractNumId w:val="4"/>
  </w:num>
  <w:num w:numId="5" w16cid:durableId="1965497232">
    <w:abstractNumId w:val="7"/>
  </w:num>
  <w:num w:numId="6" w16cid:durableId="593784884">
    <w:abstractNumId w:val="3"/>
  </w:num>
  <w:num w:numId="7" w16cid:durableId="1011759707">
    <w:abstractNumId w:val="2"/>
  </w:num>
  <w:num w:numId="8" w16cid:durableId="1007947437">
    <w:abstractNumId w:val="1"/>
  </w:num>
  <w:num w:numId="9" w16cid:durableId="371996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0E3A"/>
    <w:rsid w:val="000F1BC3"/>
    <w:rsid w:val="0015074B"/>
    <w:rsid w:val="002178BD"/>
    <w:rsid w:val="00272EB8"/>
    <w:rsid w:val="0029639D"/>
    <w:rsid w:val="00326F90"/>
    <w:rsid w:val="00423E2B"/>
    <w:rsid w:val="00473713"/>
    <w:rsid w:val="004C449D"/>
    <w:rsid w:val="00567B55"/>
    <w:rsid w:val="00597265"/>
    <w:rsid w:val="005A12C1"/>
    <w:rsid w:val="005A5BB8"/>
    <w:rsid w:val="00666969"/>
    <w:rsid w:val="006B1771"/>
    <w:rsid w:val="006F1BD9"/>
    <w:rsid w:val="0070616E"/>
    <w:rsid w:val="0077661C"/>
    <w:rsid w:val="00795543"/>
    <w:rsid w:val="007A4E9A"/>
    <w:rsid w:val="00840A24"/>
    <w:rsid w:val="009C74C0"/>
    <w:rsid w:val="00AA1D8D"/>
    <w:rsid w:val="00AE5145"/>
    <w:rsid w:val="00AE76C8"/>
    <w:rsid w:val="00B47730"/>
    <w:rsid w:val="00BC04F2"/>
    <w:rsid w:val="00C56DE4"/>
    <w:rsid w:val="00CB0664"/>
    <w:rsid w:val="00D90CB2"/>
    <w:rsid w:val="00EA3C7C"/>
    <w:rsid w:val="00ED75A3"/>
    <w:rsid w:val="00FC2049"/>
    <w:rsid w:val="00FC693F"/>
    <w:rsid w:val="00FF1876"/>
    <w:rsid w:val="00FF3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8D2908E"/>
  <w14:defaultImageDpi w14:val="300"/>
  <w15:docId w15:val="{82A21886-FE03-4554-BB66-790CB6A1E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537</Words>
  <Characters>2954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Responsable vacances</cp:lastModifiedBy>
  <cp:revision>25</cp:revision>
  <cp:lastPrinted>2026-09-17T08:55:00Z</cp:lastPrinted>
  <dcterms:created xsi:type="dcterms:W3CDTF">2026-09-15T14:52:00Z</dcterms:created>
  <dcterms:modified xsi:type="dcterms:W3CDTF">2026-09-17T08:59:00Z</dcterms:modified>
  <cp:category/>
</cp:coreProperties>
</file>